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B248" w14:textId="77777777" w:rsidR="00EF200D" w:rsidRDefault="00EF200D">
      <w:pPr>
        <w:spacing w:after="160"/>
        <w:jc w:val="right"/>
        <w:rPr>
          <w:lang w:eastAsia="ja-JP"/>
        </w:rPr>
      </w:pPr>
    </w:p>
    <w:p w14:paraId="02CC2623" w14:textId="77777777" w:rsidR="003E3F92" w:rsidRPr="007764B7" w:rsidRDefault="00857AE3">
      <w:pPr>
        <w:spacing w:after="160"/>
        <w:jc w:val="right"/>
        <w:rPr>
          <w:rFonts w:asciiTheme="minorEastAsia" w:eastAsiaTheme="minorEastAsia" w:hAnsiTheme="minorEastAsia"/>
        </w:rPr>
      </w:pPr>
      <w:proofErr w:type="spellStart"/>
      <w:r w:rsidRPr="007764B7">
        <w:rPr>
          <w:rFonts w:asciiTheme="minorEastAsia" w:eastAsiaTheme="minorEastAsia" w:hAnsiTheme="minorEastAsia"/>
        </w:rPr>
        <w:t>令和</w:t>
      </w:r>
      <w:proofErr w:type="spellEnd"/>
      <w:r w:rsidRPr="007764B7">
        <w:rPr>
          <w:rFonts w:asciiTheme="minorEastAsia" w:eastAsiaTheme="minorEastAsia" w:hAnsiTheme="minorEastAsia"/>
        </w:rPr>
        <w:t xml:space="preserve">　　年　　月　　日</w:t>
      </w:r>
    </w:p>
    <w:p w14:paraId="6CDFC61C" w14:textId="77777777" w:rsidR="003E3F92" w:rsidRPr="007764B7" w:rsidRDefault="00857AE3">
      <w:pPr>
        <w:spacing w:after="120"/>
        <w:rPr>
          <w:rFonts w:asciiTheme="minorEastAsia" w:eastAsiaTheme="minorEastAsia" w:hAnsiTheme="minorEastAsia"/>
          <w:sz w:val="21"/>
          <w:szCs w:val="21"/>
          <w:lang w:eastAsia="ja-JP"/>
        </w:rPr>
      </w:pPr>
      <w:proofErr w:type="spellStart"/>
      <w:r w:rsidRPr="007764B7">
        <w:rPr>
          <w:rFonts w:asciiTheme="minorEastAsia" w:eastAsiaTheme="minorEastAsia" w:hAnsiTheme="minorEastAsia"/>
          <w:sz w:val="21"/>
          <w:szCs w:val="21"/>
        </w:rPr>
        <w:t>佐賀市長</w:t>
      </w:r>
      <w:proofErr w:type="spellEnd"/>
      <w:r w:rsidRPr="007764B7">
        <w:rPr>
          <w:rFonts w:asciiTheme="minorEastAsia" w:eastAsiaTheme="minorEastAsia" w:hAnsiTheme="minorEastAsia"/>
          <w:sz w:val="21"/>
          <w:szCs w:val="21"/>
        </w:rPr>
        <w:t xml:space="preserve">　</w:t>
      </w:r>
      <w:proofErr w:type="spellStart"/>
      <w:r w:rsidRPr="007764B7">
        <w:rPr>
          <w:rFonts w:asciiTheme="minorEastAsia" w:eastAsiaTheme="minorEastAsia" w:hAnsiTheme="minorEastAsia"/>
          <w:sz w:val="21"/>
          <w:szCs w:val="21"/>
        </w:rPr>
        <w:t>坂井</w:t>
      </w:r>
      <w:proofErr w:type="spellEnd"/>
      <w:r w:rsidRPr="007764B7">
        <w:rPr>
          <w:rFonts w:asciiTheme="minorEastAsia" w:eastAsiaTheme="minorEastAsia" w:hAnsiTheme="minorEastAsia"/>
          <w:sz w:val="21"/>
          <w:szCs w:val="21"/>
        </w:rPr>
        <w:t xml:space="preserve">　</w:t>
      </w:r>
      <w:proofErr w:type="spellStart"/>
      <w:r w:rsidRPr="007764B7">
        <w:rPr>
          <w:rFonts w:asciiTheme="minorEastAsia" w:eastAsiaTheme="minorEastAsia" w:hAnsiTheme="minorEastAsia"/>
          <w:sz w:val="21"/>
          <w:szCs w:val="21"/>
        </w:rPr>
        <w:t>英隆</w:t>
      </w:r>
      <w:proofErr w:type="spellEnd"/>
      <w:r w:rsidRPr="007764B7">
        <w:rPr>
          <w:rFonts w:asciiTheme="minorEastAsia" w:eastAsiaTheme="minorEastAsia" w:hAnsiTheme="minorEastAsia"/>
          <w:sz w:val="21"/>
          <w:szCs w:val="21"/>
        </w:rPr>
        <w:t xml:space="preserve">　様</w:t>
      </w:r>
    </w:p>
    <w:p w14:paraId="5FBFFF42" w14:textId="77777777" w:rsidR="00EF200D" w:rsidRPr="007764B7" w:rsidRDefault="00EF200D">
      <w:pPr>
        <w:spacing w:after="120"/>
        <w:rPr>
          <w:rFonts w:asciiTheme="minorEastAsia" w:eastAsiaTheme="minorEastAsia" w:hAnsiTheme="minorEastAsia"/>
          <w:sz w:val="21"/>
          <w:szCs w:val="21"/>
          <w:lang w:eastAsia="ja-JP"/>
        </w:rPr>
      </w:pPr>
    </w:p>
    <w:p w14:paraId="63B064B6" w14:textId="77777777" w:rsidR="003E3F92" w:rsidRPr="007764B7" w:rsidRDefault="00857AE3">
      <w:pPr>
        <w:spacing w:after="20"/>
        <w:ind w:left="4649"/>
        <w:rPr>
          <w:rFonts w:asciiTheme="minorEastAsia" w:eastAsiaTheme="minorEastAsia" w:hAnsiTheme="minorEastAsia"/>
          <w:sz w:val="21"/>
          <w:szCs w:val="21"/>
          <w:lang w:eastAsia="ja-JP"/>
        </w:rPr>
      </w:pPr>
      <w:r w:rsidRPr="007764B7">
        <w:rPr>
          <w:rFonts w:asciiTheme="minorEastAsia" w:eastAsiaTheme="minorEastAsia" w:hAnsiTheme="minorEastAsia"/>
          <w:sz w:val="21"/>
          <w:szCs w:val="21"/>
          <w:lang w:eastAsia="ja-JP"/>
        </w:rPr>
        <w:t>住所又は所在地</w:t>
      </w:r>
    </w:p>
    <w:p w14:paraId="01147CE0" w14:textId="77777777" w:rsidR="003E3F92" w:rsidRPr="007764B7" w:rsidRDefault="00857AE3">
      <w:pPr>
        <w:spacing w:after="20"/>
        <w:ind w:left="4649"/>
        <w:rPr>
          <w:rFonts w:asciiTheme="minorEastAsia" w:eastAsiaTheme="minorEastAsia" w:hAnsiTheme="minorEastAsia"/>
          <w:sz w:val="21"/>
          <w:szCs w:val="21"/>
          <w:lang w:eastAsia="ja-JP"/>
        </w:rPr>
      </w:pPr>
      <w:r w:rsidRPr="007764B7">
        <w:rPr>
          <w:rFonts w:asciiTheme="minorEastAsia" w:eastAsiaTheme="minorEastAsia" w:hAnsiTheme="minorEastAsia"/>
          <w:sz w:val="21"/>
          <w:szCs w:val="21"/>
          <w:lang w:eastAsia="ja-JP"/>
        </w:rPr>
        <w:t>商号又は名称</w:t>
      </w:r>
    </w:p>
    <w:p w14:paraId="0A07604A" w14:textId="77777777" w:rsidR="003E3F92" w:rsidRPr="007764B7" w:rsidRDefault="00857AE3">
      <w:pPr>
        <w:spacing w:after="20"/>
        <w:ind w:left="4649"/>
        <w:rPr>
          <w:rFonts w:asciiTheme="minorEastAsia" w:eastAsiaTheme="minorEastAsia" w:hAnsiTheme="minorEastAsia"/>
          <w:sz w:val="21"/>
          <w:szCs w:val="21"/>
          <w:lang w:eastAsia="ja-JP"/>
        </w:rPr>
      </w:pPr>
      <w:proofErr w:type="spellStart"/>
      <w:r w:rsidRPr="007764B7">
        <w:rPr>
          <w:rFonts w:asciiTheme="minorEastAsia" w:eastAsiaTheme="minorEastAsia" w:hAnsiTheme="minorEastAsia"/>
          <w:sz w:val="21"/>
          <w:szCs w:val="21"/>
        </w:rPr>
        <w:t>代表者職氏名</w:t>
      </w:r>
      <w:proofErr w:type="spellEnd"/>
      <w:r w:rsidRPr="007764B7">
        <w:rPr>
          <w:rFonts w:asciiTheme="minorEastAsia" w:eastAsiaTheme="minorEastAsia" w:hAnsiTheme="minorEastAsia"/>
          <w:sz w:val="21"/>
          <w:szCs w:val="21"/>
        </w:rPr>
        <w:t xml:space="preserve">　　　　　　　　　　　　　印</w:t>
      </w:r>
    </w:p>
    <w:p w14:paraId="5805B23A" w14:textId="77777777" w:rsidR="00EF200D" w:rsidRPr="007764B7" w:rsidRDefault="00EF200D">
      <w:pPr>
        <w:spacing w:after="20"/>
        <w:ind w:left="4649"/>
        <w:rPr>
          <w:rFonts w:asciiTheme="minorEastAsia" w:eastAsiaTheme="minorEastAsia" w:hAnsiTheme="minorEastAsia"/>
          <w:sz w:val="21"/>
          <w:szCs w:val="21"/>
          <w:lang w:eastAsia="ja-JP"/>
        </w:rPr>
      </w:pPr>
    </w:p>
    <w:p w14:paraId="6D933B03" w14:textId="77777777" w:rsidR="003E3F92" w:rsidRPr="007764B7" w:rsidRDefault="003E3F92">
      <w:pPr>
        <w:spacing w:after="20"/>
        <w:rPr>
          <w:rFonts w:asciiTheme="minorEastAsia" w:eastAsiaTheme="minorEastAsia" w:hAnsiTheme="minorEastAsia"/>
          <w:sz w:val="21"/>
          <w:szCs w:val="21"/>
        </w:rPr>
      </w:pPr>
    </w:p>
    <w:p w14:paraId="444BE5D0" w14:textId="77777777" w:rsidR="003E3F92" w:rsidRPr="007764B7" w:rsidRDefault="00857AE3">
      <w:pPr>
        <w:spacing w:after="240"/>
        <w:jc w:val="center"/>
        <w:rPr>
          <w:rFonts w:asciiTheme="minorEastAsia" w:eastAsiaTheme="minorEastAsia" w:hAnsiTheme="minorEastAsia"/>
          <w:sz w:val="21"/>
          <w:szCs w:val="21"/>
          <w:lang w:eastAsia="ja-JP"/>
        </w:rPr>
      </w:pPr>
      <w:r w:rsidRPr="007764B7">
        <w:rPr>
          <w:rFonts w:asciiTheme="minorEastAsia" w:eastAsiaTheme="minorEastAsia" w:hAnsiTheme="minorEastAsia"/>
          <w:b/>
          <w:sz w:val="32"/>
          <w:szCs w:val="32"/>
          <w:lang w:eastAsia="ja-JP"/>
        </w:rPr>
        <w:t>使用料提案書</w:t>
      </w:r>
    </w:p>
    <w:p w14:paraId="2EBC42FE" w14:textId="372F3258" w:rsidR="003E3F92" w:rsidRPr="007764B7" w:rsidRDefault="00857AE3" w:rsidP="00EF200D">
      <w:pPr>
        <w:ind w:firstLineChars="100" w:firstLine="210"/>
        <w:rPr>
          <w:rFonts w:asciiTheme="minorEastAsia" w:eastAsiaTheme="minorEastAsia" w:hAnsiTheme="minorEastAsia"/>
          <w:sz w:val="21"/>
          <w:szCs w:val="21"/>
          <w:lang w:eastAsia="ja-JP"/>
        </w:rPr>
      </w:pPr>
      <w:r w:rsidRPr="007764B7">
        <w:rPr>
          <w:rFonts w:asciiTheme="minorEastAsia" w:eastAsiaTheme="minorEastAsia" w:hAnsiTheme="minorEastAsia"/>
          <w:sz w:val="21"/>
          <w:szCs w:val="21"/>
          <w:lang w:eastAsia="ja-JP"/>
        </w:rPr>
        <w:t>佐賀市役所本庁舎コンビニエンスストア設置運営事業に係る行政財産目的外使用料の年額として、</w:t>
      </w:r>
      <w:r w:rsidR="007764B7">
        <w:rPr>
          <w:rFonts w:asciiTheme="minorEastAsia" w:eastAsiaTheme="minorEastAsia" w:hAnsiTheme="minorEastAsia" w:hint="eastAsia"/>
          <w:sz w:val="21"/>
          <w:szCs w:val="21"/>
          <w:lang w:eastAsia="ja-JP"/>
        </w:rPr>
        <w:t xml:space="preserve">　</w:t>
      </w:r>
      <w:r w:rsidRPr="007764B7">
        <w:rPr>
          <w:rFonts w:asciiTheme="minorEastAsia" w:eastAsiaTheme="minorEastAsia" w:hAnsiTheme="minorEastAsia"/>
          <w:sz w:val="21"/>
          <w:szCs w:val="21"/>
          <w:lang w:eastAsia="ja-JP"/>
        </w:rPr>
        <w:t>次のとおり提案します。</w:t>
      </w:r>
    </w:p>
    <w:p w14:paraId="0762C95E" w14:textId="77777777" w:rsidR="00EF200D" w:rsidRPr="007764B7" w:rsidRDefault="00EF200D" w:rsidP="00EF200D">
      <w:pPr>
        <w:spacing w:after="60"/>
        <w:jc w:val="center"/>
        <w:rPr>
          <w:rFonts w:asciiTheme="minorEastAsia" w:eastAsiaTheme="minorEastAsia" w:hAnsiTheme="minorEastAsia"/>
          <w:b/>
          <w:sz w:val="21"/>
          <w:szCs w:val="21"/>
          <w:lang w:eastAsia="ja-JP"/>
        </w:rPr>
      </w:pPr>
    </w:p>
    <w:p w14:paraId="73D3CC60" w14:textId="77777777" w:rsidR="003E3F92" w:rsidRPr="007764B7" w:rsidRDefault="00857AE3" w:rsidP="00EF200D">
      <w:pPr>
        <w:spacing w:after="60"/>
        <w:jc w:val="center"/>
        <w:rPr>
          <w:rFonts w:asciiTheme="minorEastAsia" w:eastAsiaTheme="minorEastAsia" w:hAnsiTheme="minorEastAsia"/>
          <w:b/>
          <w:sz w:val="21"/>
          <w:szCs w:val="21"/>
          <w:lang w:eastAsia="ja-JP"/>
        </w:rPr>
      </w:pPr>
      <w:r w:rsidRPr="007764B7">
        <w:rPr>
          <w:rFonts w:asciiTheme="minorEastAsia" w:eastAsiaTheme="minorEastAsia" w:hAnsiTheme="minorEastAsia"/>
          <w:b/>
          <w:lang w:eastAsia="ja-JP"/>
        </w:rPr>
        <w:t>年額の使用料（消費税及び地方消費税込み）</w:t>
      </w:r>
    </w:p>
    <w:p w14:paraId="1F5465AE" w14:textId="77777777" w:rsidR="00EF200D" w:rsidRPr="007764B7" w:rsidRDefault="00EF200D" w:rsidP="00EF200D">
      <w:pPr>
        <w:spacing w:after="60"/>
        <w:jc w:val="center"/>
        <w:rPr>
          <w:rFonts w:asciiTheme="minorEastAsia" w:eastAsiaTheme="minorEastAsia" w:hAnsiTheme="minorEastAsia"/>
          <w:sz w:val="21"/>
          <w:szCs w:val="21"/>
          <w:lang w:eastAsia="ja-JP"/>
        </w:rPr>
      </w:pPr>
    </w:p>
    <w:tbl>
      <w:tblPr>
        <w:tblStyle w:val="afe"/>
        <w:tblW w:w="0" w:type="auto"/>
        <w:jc w:val="center"/>
        <w:tblLayout w:type="fixed"/>
        <w:tblLook w:val="04A0" w:firstRow="1" w:lastRow="0" w:firstColumn="1" w:lastColumn="0" w:noHBand="0" w:noVBand="1"/>
      </w:tblPr>
      <w:tblGrid>
        <w:gridCol w:w="680"/>
        <w:gridCol w:w="964"/>
        <w:gridCol w:w="964"/>
        <w:gridCol w:w="964"/>
        <w:gridCol w:w="964"/>
        <w:gridCol w:w="964"/>
        <w:gridCol w:w="964"/>
        <w:gridCol w:w="964"/>
      </w:tblGrid>
      <w:tr w:rsidR="00CA363D" w:rsidRPr="007764B7" w14:paraId="22F09137" w14:textId="77777777" w:rsidTr="00EF200D">
        <w:trPr>
          <w:trHeight w:val="500"/>
          <w:jc w:val="center"/>
        </w:trPr>
        <w:tc>
          <w:tcPr>
            <w:tcW w:w="680" w:type="dxa"/>
            <w:tcMar>
              <w:top w:w="70" w:type="dxa"/>
              <w:left w:w="70" w:type="dxa"/>
              <w:bottom w:w="70" w:type="dxa"/>
              <w:right w:w="70" w:type="dxa"/>
            </w:tcMar>
            <w:vAlign w:val="center"/>
          </w:tcPr>
          <w:p w14:paraId="03CD7FC8" w14:textId="77777777" w:rsidR="00CA363D" w:rsidRPr="007764B7" w:rsidRDefault="00CA363D">
            <w:pPr>
              <w:jc w:val="center"/>
              <w:rPr>
                <w:rFonts w:asciiTheme="minorEastAsia" w:eastAsiaTheme="minorEastAsia" w:hAnsiTheme="minorEastAsia"/>
                <w:lang w:eastAsia="ja-JP"/>
              </w:rPr>
            </w:pPr>
          </w:p>
        </w:tc>
        <w:tc>
          <w:tcPr>
            <w:tcW w:w="964" w:type="dxa"/>
            <w:tcMar>
              <w:top w:w="70" w:type="dxa"/>
              <w:left w:w="70" w:type="dxa"/>
              <w:bottom w:w="70" w:type="dxa"/>
              <w:right w:w="70" w:type="dxa"/>
            </w:tcMar>
            <w:vAlign w:val="center"/>
          </w:tcPr>
          <w:p w14:paraId="45892241"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百万</w:t>
            </w:r>
          </w:p>
        </w:tc>
        <w:tc>
          <w:tcPr>
            <w:tcW w:w="964" w:type="dxa"/>
            <w:tcMar>
              <w:top w:w="70" w:type="dxa"/>
              <w:left w:w="70" w:type="dxa"/>
              <w:bottom w:w="70" w:type="dxa"/>
              <w:right w:w="70" w:type="dxa"/>
            </w:tcMar>
            <w:vAlign w:val="center"/>
          </w:tcPr>
          <w:p w14:paraId="38F3E803"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十万</w:t>
            </w:r>
          </w:p>
        </w:tc>
        <w:tc>
          <w:tcPr>
            <w:tcW w:w="964" w:type="dxa"/>
            <w:tcMar>
              <w:top w:w="70" w:type="dxa"/>
              <w:left w:w="70" w:type="dxa"/>
              <w:bottom w:w="70" w:type="dxa"/>
              <w:right w:w="70" w:type="dxa"/>
            </w:tcMar>
            <w:vAlign w:val="center"/>
          </w:tcPr>
          <w:p w14:paraId="0018911D"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万</w:t>
            </w:r>
          </w:p>
        </w:tc>
        <w:tc>
          <w:tcPr>
            <w:tcW w:w="964" w:type="dxa"/>
            <w:tcMar>
              <w:top w:w="70" w:type="dxa"/>
              <w:left w:w="70" w:type="dxa"/>
              <w:bottom w:w="70" w:type="dxa"/>
              <w:right w:w="70" w:type="dxa"/>
            </w:tcMar>
            <w:vAlign w:val="center"/>
          </w:tcPr>
          <w:p w14:paraId="4983A6BA"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千</w:t>
            </w:r>
          </w:p>
        </w:tc>
        <w:tc>
          <w:tcPr>
            <w:tcW w:w="964" w:type="dxa"/>
            <w:tcMar>
              <w:top w:w="70" w:type="dxa"/>
              <w:left w:w="70" w:type="dxa"/>
              <w:bottom w:w="70" w:type="dxa"/>
              <w:right w:w="70" w:type="dxa"/>
            </w:tcMar>
            <w:vAlign w:val="center"/>
          </w:tcPr>
          <w:p w14:paraId="5AA01951"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百</w:t>
            </w:r>
          </w:p>
        </w:tc>
        <w:tc>
          <w:tcPr>
            <w:tcW w:w="964" w:type="dxa"/>
            <w:tcMar>
              <w:top w:w="70" w:type="dxa"/>
              <w:left w:w="70" w:type="dxa"/>
              <w:bottom w:w="70" w:type="dxa"/>
              <w:right w:w="70" w:type="dxa"/>
            </w:tcMar>
            <w:vAlign w:val="center"/>
          </w:tcPr>
          <w:p w14:paraId="4AF8278B"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十</w:t>
            </w:r>
          </w:p>
        </w:tc>
        <w:tc>
          <w:tcPr>
            <w:tcW w:w="964" w:type="dxa"/>
            <w:tcMar>
              <w:top w:w="70" w:type="dxa"/>
              <w:left w:w="70" w:type="dxa"/>
              <w:bottom w:w="70" w:type="dxa"/>
              <w:right w:w="70" w:type="dxa"/>
            </w:tcMar>
            <w:vAlign w:val="center"/>
          </w:tcPr>
          <w:p w14:paraId="2D11E7A6" w14:textId="77777777" w:rsidR="00CA363D" w:rsidRPr="007764B7" w:rsidRDefault="00CA363D">
            <w:pPr>
              <w:jc w:val="center"/>
              <w:rPr>
                <w:rFonts w:asciiTheme="minorEastAsia" w:eastAsiaTheme="minorEastAsia" w:hAnsiTheme="minorEastAsia"/>
              </w:rPr>
            </w:pPr>
            <w:r w:rsidRPr="007764B7">
              <w:rPr>
                <w:rFonts w:asciiTheme="minorEastAsia" w:eastAsiaTheme="minorEastAsia" w:hAnsiTheme="minorEastAsia"/>
              </w:rPr>
              <w:t>一</w:t>
            </w:r>
          </w:p>
        </w:tc>
      </w:tr>
      <w:tr w:rsidR="00CA363D" w:rsidRPr="007764B7" w14:paraId="7D9919DE" w14:textId="77777777" w:rsidTr="00EF200D">
        <w:trPr>
          <w:trHeight w:val="500"/>
          <w:jc w:val="center"/>
        </w:trPr>
        <w:tc>
          <w:tcPr>
            <w:tcW w:w="680" w:type="dxa"/>
            <w:tcMar>
              <w:top w:w="70" w:type="dxa"/>
              <w:left w:w="70" w:type="dxa"/>
              <w:bottom w:w="70" w:type="dxa"/>
              <w:right w:w="70" w:type="dxa"/>
            </w:tcMar>
            <w:vAlign w:val="center"/>
          </w:tcPr>
          <w:p w14:paraId="01FFB085" w14:textId="77777777" w:rsidR="00CA363D" w:rsidRPr="007764B7" w:rsidRDefault="00CA363D">
            <w:pPr>
              <w:rPr>
                <w:rFonts w:asciiTheme="minorEastAsia" w:eastAsiaTheme="minorEastAsia" w:hAnsiTheme="minorEastAsia"/>
              </w:rPr>
            </w:pPr>
          </w:p>
        </w:tc>
        <w:tc>
          <w:tcPr>
            <w:tcW w:w="964" w:type="dxa"/>
            <w:tcMar>
              <w:top w:w="70" w:type="dxa"/>
              <w:left w:w="70" w:type="dxa"/>
              <w:bottom w:w="70" w:type="dxa"/>
              <w:right w:w="70" w:type="dxa"/>
            </w:tcMar>
            <w:vAlign w:val="center"/>
          </w:tcPr>
          <w:p w14:paraId="72190763"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453D53C1"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5CC2F771"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3E9B8C35"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705EA524"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79F258C0" w14:textId="77777777" w:rsidR="00CA363D" w:rsidRPr="007764B7" w:rsidRDefault="00CA363D">
            <w:pPr>
              <w:jc w:val="center"/>
              <w:rPr>
                <w:rFonts w:asciiTheme="minorEastAsia" w:eastAsiaTheme="minorEastAsia" w:hAnsiTheme="minorEastAsia"/>
              </w:rPr>
            </w:pPr>
          </w:p>
        </w:tc>
        <w:tc>
          <w:tcPr>
            <w:tcW w:w="964" w:type="dxa"/>
            <w:tcMar>
              <w:top w:w="70" w:type="dxa"/>
              <w:left w:w="70" w:type="dxa"/>
              <w:bottom w:w="70" w:type="dxa"/>
              <w:right w:w="70" w:type="dxa"/>
            </w:tcMar>
            <w:vAlign w:val="center"/>
          </w:tcPr>
          <w:p w14:paraId="6143B58F" w14:textId="77777777" w:rsidR="00CA363D" w:rsidRPr="007764B7" w:rsidRDefault="00CA363D">
            <w:pPr>
              <w:jc w:val="center"/>
              <w:rPr>
                <w:rFonts w:asciiTheme="minorEastAsia" w:eastAsiaTheme="minorEastAsia" w:hAnsiTheme="minorEastAsia"/>
              </w:rPr>
            </w:pPr>
          </w:p>
        </w:tc>
      </w:tr>
    </w:tbl>
    <w:p w14:paraId="75826191" w14:textId="77777777" w:rsidR="003E3F92" w:rsidRPr="007764B7" w:rsidRDefault="00EF200D" w:rsidP="00EF200D">
      <w:pPr>
        <w:spacing w:after="40"/>
        <w:ind w:firstLineChars="300" w:firstLine="630"/>
        <w:rPr>
          <w:rFonts w:asciiTheme="minorEastAsia" w:eastAsiaTheme="minorEastAsia" w:hAnsiTheme="minorEastAsia"/>
          <w:sz w:val="21"/>
          <w:szCs w:val="21"/>
          <w:lang w:eastAsia="ja-JP"/>
        </w:rPr>
      </w:pPr>
      <w:r w:rsidRPr="007764B7">
        <w:rPr>
          <w:rFonts w:asciiTheme="minorEastAsia" w:eastAsiaTheme="minorEastAsia" w:hAnsiTheme="minorEastAsia" w:hint="eastAsia"/>
          <w:sz w:val="21"/>
          <w:szCs w:val="21"/>
          <w:lang w:eastAsia="ja-JP"/>
        </w:rPr>
        <w:t>※</w:t>
      </w:r>
      <w:r w:rsidR="00857AE3" w:rsidRPr="007764B7">
        <w:rPr>
          <w:rFonts w:asciiTheme="minorEastAsia" w:eastAsiaTheme="minorEastAsia" w:hAnsiTheme="minorEastAsia"/>
          <w:sz w:val="21"/>
          <w:szCs w:val="21"/>
          <w:lang w:eastAsia="ja-JP"/>
        </w:rPr>
        <w:t xml:space="preserve">　年額（消費税及び地方消費税込み）を記入してください。</w:t>
      </w:r>
    </w:p>
    <w:p w14:paraId="25E5E4B3" w14:textId="4BEF325C" w:rsidR="003E3F92" w:rsidRPr="007764B7" w:rsidRDefault="00EF200D" w:rsidP="007764B7">
      <w:pPr>
        <w:spacing w:after="40"/>
        <w:ind w:leftChars="300" w:left="1100" w:hangingChars="200" w:hanging="440"/>
        <w:rPr>
          <w:rFonts w:asciiTheme="minorEastAsia" w:eastAsiaTheme="minorEastAsia" w:hAnsiTheme="minorEastAsia"/>
          <w:sz w:val="21"/>
          <w:szCs w:val="21"/>
          <w:lang w:eastAsia="ja-JP"/>
        </w:rPr>
      </w:pPr>
      <w:r w:rsidRPr="007764B7">
        <w:rPr>
          <w:rFonts w:asciiTheme="minorEastAsia" w:eastAsiaTheme="minorEastAsia" w:hAnsiTheme="minorEastAsia"/>
          <w:lang w:eastAsia="ja-JP"/>
        </w:rPr>
        <w:t>※　金額は算用数字を使用し、各位の欄に右詰めで記入するとともに、最初の数字の前に「￥」を記入してください。</w:t>
      </w:r>
    </w:p>
    <w:p w14:paraId="7F836597" w14:textId="77777777" w:rsidR="003E3F92" w:rsidRPr="007764B7" w:rsidRDefault="00EF200D" w:rsidP="00EF200D">
      <w:pPr>
        <w:spacing w:after="40"/>
        <w:ind w:firstLineChars="300" w:firstLine="630"/>
        <w:rPr>
          <w:rFonts w:asciiTheme="minorEastAsia" w:eastAsiaTheme="minorEastAsia" w:hAnsiTheme="minorEastAsia"/>
          <w:sz w:val="21"/>
          <w:szCs w:val="21"/>
          <w:lang w:eastAsia="ja-JP"/>
        </w:rPr>
      </w:pPr>
      <w:r w:rsidRPr="007764B7">
        <w:rPr>
          <w:rFonts w:asciiTheme="minorEastAsia" w:eastAsiaTheme="minorEastAsia" w:hAnsiTheme="minorEastAsia" w:hint="eastAsia"/>
          <w:sz w:val="21"/>
          <w:szCs w:val="21"/>
          <w:lang w:eastAsia="ja-JP"/>
        </w:rPr>
        <w:t>※</w:t>
      </w:r>
      <w:r w:rsidR="00857AE3" w:rsidRPr="007764B7">
        <w:rPr>
          <w:rFonts w:asciiTheme="minorEastAsia" w:eastAsiaTheme="minorEastAsia" w:hAnsiTheme="minorEastAsia"/>
          <w:sz w:val="21"/>
          <w:szCs w:val="21"/>
          <w:lang w:eastAsia="ja-JP"/>
        </w:rPr>
        <w:t xml:space="preserve">　提案額は、市が定める最低使用料以上の額としてください。</w:t>
      </w:r>
    </w:p>
    <w:p w14:paraId="6EDD4564" w14:textId="77777777" w:rsidR="003E3F92" w:rsidRPr="007764B7" w:rsidRDefault="00EF200D" w:rsidP="00EF200D">
      <w:pPr>
        <w:spacing w:after="40"/>
        <w:ind w:firstLineChars="300" w:firstLine="630"/>
        <w:rPr>
          <w:rFonts w:asciiTheme="minorEastAsia" w:eastAsiaTheme="minorEastAsia" w:hAnsiTheme="minorEastAsia"/>
          <w:sz w:val="21"/>
          <w:szCs w:val="21"/>
          <w:lang w:eastAsia="ja-JP"/>
        </w:rPr>
      </w:pPr>
      <w:r w:rsidRPr="007764B7">
        <w:rPr>
          <w:rFonts w:asciiTheme="minorEastAsia" w:eastAsiaTheme="minorEastAsia" w:hAnsiTheme="minorEastAsia" w:hint="eastAsia"/>
          <w:sz w:val="21"/>
          <w:szCs w:val="21"/>
          <w:lang w:eastAsia="ja-JP"/>
        </w:rPr>
        <w:t>※</w:t>
      </w:r>
      <w:r w:rsidR="00857AE3" w:rsidRPr="007764B7">
        <w:rPr>
          <w:rFonts w:asciiTheme="minorEastAsia" w:eastAsiaTheme="minorEastAsia" w:hAnsiTheme="minorEastAsia"/>
          <w:sz w:val="21"/>
          <w:szCs w:val="21"/>
          <w:lang w:eastAsia="ja-JP"/>
        </w:rPr>
        <w:t xml:space="preserve">　金額の訂正はできません。</w:t>
      </w:r>
    </w:p>
    <w:sectPr w:rsidR="003E3F92" w:rsidRPr="007764B7" w:rsidSect="00034616">
      <w:headerReference w:type="default" r:id="rId7"/>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3E9EA" w14:textId="77777777" w:rsidR="00AC2725" w:rsidRDefault="00AC2725" w:rsidP="00EF200D">
      <w:pPr>
        <w:spacing w:after="0" w:line="240" w:lineRule="auto"/>
      </w:pPr>
      <w:r>
        <w:separator/>
      </w:r>
    </w:p>
  </w:endnote>
  <w:endnote w:type="continuationSeparator" w:id="0">
    <w:p w14:paraId="590DB239" w14:textId="77777777" w:rsidR="00AC2725" w:rsidRDefault="00AC2725" w:rsidP="00EF2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6F9E8" w14:textId="77777777" w:rsidR="00AC2725" w:rsidRDefault="00AC2725" w:rsidP="00EF200D">
      <w:pPr>
        <w:spacing w:after="0" w:line="240" w:lineRule="auto"/>
      </w:pPr>
      <w:r>
        <w:separator/>
      </w:r>
    </w:p>
  </w:footnote>
  <w:footnote w:type="continuationSeparator" w:id="0">
    <w:p w14:paraId="2D124F73" w14:textId="77777777" w:rsidR="00AC2725" w:rsidRDefault="00AC2725" w:rsidP="00EF2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8749" w14:textId="77777777" w:rsidR="00EF200D" w:rsidRDefault="00EF200D" w:rsidP="00EF200D">
    <w:pPr>
      <w:spacing w:after="60"/>
      <w:jc w:val="right"/>
      <w:rPr>
        <w:lang w:eastAsia="ja-JP"/>
      </w:rPr>
    </w:pPr>
    <w:r>
      <w:t>様式</w:t>
    </w:r>
    <w:r w:rsidR="00B6091C">
      <w:rPr>
        <w:rFonts w:hint="eastAsia"/>
        <w:lang w:eastAsia="ja-JP"/>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11175562">
    <w:abstractNumId w:val="8"/>
  </w:num>
  <w:num w:numId="2" w16cid:durableId="862550756">
    <w:abstractNumId w:val="6"/>
  </w:num>
  <w:num w:numId="3" w16cid:durableId="905337654">
    <w:abstractNumId w:val="5"/>
  </w:num>
  <w:num w:numId="4" w16cid:durableId="1122773329">
    <w:abstractNumId w:val="4"/>
  </w:num>
  <w:num w:numId="5" w16cid:durableId="1021053492">
    <w:abstractNumId w:val="7"/>
  </w:num>
  <w:num w:numId="6" w16cid:durableId="1489784303">
    <w:abstractNumId w:val="3"/>
  </w:num>
  <w:num w:numId="7" w16cid:durableId="2902134">
    <w:abstractNumId w:val="2"/>
  </w:num>
  <w:num w:numId="8" w16cid:durableId="1707295039">
    <w:abstractNumId w:val="1"/>
  </w:num>
  <w:num w:numId="9" w16cid:durableId="97795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5DD4"/>
    <w:rsid w:val="003E3F92"/>
    <w:rsid w:val="005A361F"/>
    <w:rsid w:val="007764B7"/>
    <w:rsid w:val="00857AE3"/>
    <w:rsid w:val="00AA1D8D"/>
    <w:rsid w:val="00AC2725"/>
    <w:rsid w:val="00B47730"/>
    <w:rsid w:val="00B6091C"/>
    <w:rsid w:val="00CA363D"/>
    <w:rsid w:val="00CB0664"/>
    <w:rsid w:val="00E13C0C"/>
    <w:rsid w:val="00EF20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DF5D5C1"/>
  <w14:defaultImageDpi w14:val="300"/>
  <w15:docId w15:val="{0CCE660B-791A-4D00-A242-6DA39390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Words>
  <Characters>262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伊達 有彩</cp:lastModifiedBy>
  <cp:revision>6</cp:revision>
  <dcterms:created xsi:type="dcterms:W3CDTF">2013-12-23T23:15:00Z</dcterms:created>
  <dcterms:modified xsi:type="dcterms:W3CDTF">2026-09-24T01:32:00Z</dcterms:modified>
  <cp:category/>
</cp:coreProperties>
</file>