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E1C3" w14:textId="77777777" w:rsidR="007867AB" w:rsidRPr="00D86B88" w:rsidRDefault="00D86B88">
      <w:pPr>
        <w:jc w:val="right"/>
        <w:rPr>
          <w:rFonts w:asciiTheme="minorEastAsia" w:eastAsiaTheme="minorEastAsia" w:hAnsiTheme="minorEastAsia"/>
          <w:bCs/>
          <w:lang w:eastAsia="ja-JP"/>
        </w:rPr>
      </w:pPr>
      <w:r w:rsidRPr="00D86B88">
        <w:rPr>
          <w:rFonts w:asciiTheme="minorEastAsia" w:eastAsiaTheme="minorEastAsia" w:hAnsiTheme="minorEastAsia"/>
          <w:bCs/>
          <w:lang w:eastAsia="ja-JP"/>
        </w:rPr>
        <w:t>様式</w:t>
      </w:r>
      <w:r w:rsidRPr="00D86B88">
        <w:rPr>
          <w:rFonts w:asciiTheme="minorEastAsia" w:eastAsiaTheme="minorEastAsia" w:hAnsiTheme="minorEastAsia"/>
          <w:bCs/>
          <w:lang w:eastAsia="ja-JP"/>
        </w:rPr>
        <w:t>6</w:t>
      </w:r>
    </w:p>
    <w:p w14:paraId="28D3CFAE" w14:textId="79807AE3" w:rsidR="007867AB" w:rsidRPr="006B3C15" w:rsidRDefault="00D86B88">
      <w:pPr>
        <w:spacing w:after="360"/>
        <w:jc w:val="center"/>
        <w:rPr>
          <w:rFonts w:asciiTheme="minorEastAsia" w:eastAsiaTheme="minorEastAsia" w:hAnsiTheme="minorEastAsia"/>
          <w:lang w:eastAsia="ja-JP"/>
        </w:rPr>
      </w:pPr>
      <w:r w:rsidRPr="006B3C15">
        <w:rPr>
          <w:rFonts w:asciiTheme="minorEastAsia" w:eastAsiaTheme="minorEastAsia" w:hAnsiTheme="minorEastAsia"/>
          <w:b/>
          <w:sz w:val="30"/>
          <w:lang w:eastAsia="ja-JP"/>
        </w:rPr>
        <w:t>参加承諾書兼支援誓約書</w:t>
      </w:r>
    </w:p>
    <w:p w14:paraId="60D317E2" w14:textId="77777777" w:rsidR="007867AB" w:rsidRPr="006B3C15" w:rsidRDefault="00D86B88">
      <w:pPr>
        <w:jc w:val="right"/>
        <w:rPr>
          <w:rFonts w:asciiTheme="minorEastAsia" w:eastAsiaTheme="minorEastAsia" w:hAnsiTheme="minorEastAsia"/>
        </w:rPr>
      </w:pPr>
      <w:proofErr w:type="spellStart"/>
      <w:r w:rsidRPr="006B3C15">
        <w:rPr>
          <w:rFonts w:asciiTheme="minorEastAsia" w:eastAsiaTheme="minorEastAsia" w:hAnsiTheme="minorEastAsia"/>
        </w:rPr>
        <w:t>令和</w:t>
      </w:r>
      <w:proofErr w:type="spellEnd"/>
      <w:r w:rsidRPr="006B3C15">
        <w:rPr>
          <w:rFonts w:asciiTheme="minorEastAsia" w:eastAsiaTheme="minorEastAsia" w:hAnsiTheme="minorEastAsia"/>
        </w:rPr>
        <w:t xml:space="preserve">　　年　　月　　日</w:t>
      </w:r>
    </w:p>
    <w:p w14:paraId="1D48127E" w14:textId="77777777" w:rsidR="007867AB" w:rsidRPr="006B3C15" w:rsidRDefault="00D86B88">
      <w:pPr>
        <w:rPr>
          <w:rFonts w:asciiTheme="minorEastAsia" w:eastAsiaTheme="minorEastAsia" w:hAnsiTheme="minorEastAsia"/>
        </w:rPr>
      </w:pPr>
      <w:r w:rsidRPr="006B3C15">
        <w:rPr>
          <w:rFonts w:asciiTheme="minorEastAsia" w:eastAsiaTheme="minorEastAsia" w:hAnsiTheme="minorEastAsia"/>
        </w:rPr>
        <w:t>佐賀市長　様</w:t>
      </w:r>
    </w:p>
    <w:p w14:paraId="70FA39FF" w14:textId="77777777" w:rsidR="007867AB" w:rsidRPr="006B3C15" w:rsidRDefault="00D86B88" w:rsidP="006B3C15">
      <w:pPr>
        <w:ind w:right="884" w:firstLineChars="2100" w:firstLine="4620"/>
        <w:rPr>
          <w:rFonts w:asciiTheme="minorEastAsia" w:eastAsiaTheme="minorEastAsia" w:hAnsiTheme="minorEastAsia"/>
          <w:bCs/>
        </w:rPr>
      </w:pPr>
      <w:r w:rsidRPr="006B3C15">
        <w:rPr>
          <w:rFonts w:asciiTheme="minorEastAsia" w:eastAsiaTheme="minorEastAsia" w:hAnsiTheme="minorEastAsia"/>
          <w:bCs/>
        </w:rPr>
        <w:t xml:space="preserve">所在地　</w:t>
      </w:r>
      <w:r w:rsidRPr="006B3C15">
        <w:rPr>
          <w:rFonts w:asciiTheme="minorEastAsia" w:eastAsiaTheme="minorEastAsia" w:hAnsiTheme="minorEastAsia"/>
          <w:bCs/>
        </w:rPr>
        <w:t xml:space="preserve">　　　　　　　　　　　　　　　　　</w:t>
      </w:r>
    </w:p>
    <w:p w14:paraId="4A8FDDC1" w14:textId="77777777" w:rsidR="007867AB" w:rsidRPr="006B3C15" w:rsidRDefault="00D86B88" w:rsidP="006B3C15">
      <w:pPr>
        <w:ind w:right="884" w:firstLineChars="2100" w:firstLine="4620"/>
        <w:rPr>
          <w:rFonts w:asciiTheme="minorEastAsia" w:eastAsiaTheme="minorEastAsia" w:hAnsiTheme="minorEastAsia"/>
          <w:bCs/>
          <w:lang w:eastAsia="ja-JP"/>
        </w:rPr>
      </w:pPr>
      <w:r w:rsidRPr="006B3C15">
        <w:rPr>
          <w:rFonts w:asciiTheme="minorEastAsia" w:eastAsiaTheme="minorEastAsia" w:hAnsiTheme="minorEastAsia"/>
          <w:bCs/>
          <w:lang w:eastAsia="ja-JP"/>
        </w:rPr>
        <w:t xml:space="preserve">商号又は名称　</w:t>
      </w:r>
      <w:r w:rsidRPr="006B3C15">
        <w:rPr>
          <w:rFonts w:asciiTheme="minorEastAsia" w:eastAsiaTheme="minorEastAsia" w:hAnsiTheme="minorEastAsia"/>
          <w:bCs/>
          <w:lang w:eastAsia="ja-JP"/>
        </w:rPr>
        <w:t xml:space="preserve">　　　　　　　　　　　　　　　　　</w:t>
      </w:r>
    </w:p>
    <w:p w14:paraId="0C3B012B" w14:textId="77777777" w:rsidR="007867AB" w:rsidRPr="006B3C15" w:rsidRDefault="00D86B88" w:rsidP="006B3C15">
      <w:pPr>
        <w:ind w:right="884" w:firstLineChars="2100" w:firstLine="4620"/>
        <w:rPr>
          <w:rFonts w:asciiTheme="minorEastAsia" w:eastAsiaTheme="minorEastAsia" w:hAnsiTheme="minorEastAsia"/>
        </w:rPr>
      </w:pPr>
      <w:proofErr w:type="spellStart"/>
      <w:r w:rsidRPr="006B3C15">
        <w:rPr>
          <w:rFonts w:asciiTheme="minorEastAsia" w:eastAsiaTheme="minorEastAsia" w:hAnsiTheme="minorEastAsia"/>
          <w:bCs/>
        </w:rPr>
        <w:t>代表者職氏名</w:t>
      </w:r>
      <w:proofErr w:type="spellEnd"/>
      <w:r w:rsidRPr="006B3C15">
        <w:rPr>
          <w:rFonts w:asciiTheme="minorEastAsia" w:eastAsiaTheme="minorEastAsia" w:hAnsiTheme="minorEastAsia"/>
          <w:bCs/>
        </w:rPr>
        <w:t xml:space="preserve">　</w:t>
      </w:r>
      <w:r w:rsidRPr="006B3C15">
        <w:rPr>
          <w:rFonts w:asciiTheme="minorEastAsia" w:eastAsiaTheme="minorEastAsia" w:hAnsiTheme="minorEastAsia"/>
        </w:rPr>
        <w:t xml:space="preserve">　　　　　　　　　　　　　　　　　</w:t>
      </w:r>
    </w:p>
    <w:p w14:paraId="47AF636C" w14:textId="77777777" w:rsidR="006B3C15" w:rsidRDefault="006B3C15" w:rsidP="006B3C15">
      <w:pPr>
        <w:spacing w:before="240"/>
        <w:ind w:firstLineChars="100" w:firstLine="220"/>
        <w:rPr>
          <w:rFonts w:asciiTheme="minorEastAsia" w:eastAsiaTheme="minorEastAsia" w:hAnsiTheme="minorEastAsia"/>
          <w:lang w:eastAsia="ja-JP"/>
        </w:rPr>
      </w:pPr>
    </w:p>
    <w:p w14:paraId="53B2D568" w14:textId="77777777" w:rsidR="006B3C15" w:rsidRDefault="00D86B88" w:rsidP="006B3C15">
      <w:pPr>
        <w:spacing w:after="0" w:line="240" w:lineRule="auto"/>
        <w:ind w:firstLineChars="100" w:firstLine="220"/>
        <w:rPr>
          <w:rFonts w:ascii="ＭＳ 明朝" w:eastAsia="ＭＳ 明朝" w:hAnsi="ＭＳ 明朝"/>
          <w:lang w:eastAsia="ja-JP"/>
        </w:rPr>
      </w:pPr>
      <w:r w:rsidRPr="006B3C15">
        <w:rPr>
          <w:rFonts w:ascii="ＭＳ 明朝" w:eastAsia="ＭＳ 明朝" w:hAnsi="ＭＳ 明朝"/>
          <w:lang w:eastAsia="ja-JP"/>
        </w:rPr>
        <w:t>当社は、下記の者が「佐賀市役所本庁舎コンビニエンスストア設置運営事業」に応募することを承諾します。</w:t>
      </w:r>
    </w:p>
    <w:p w14:paraId="33AD5292" w14:textId="0527674E" w:rsidR="007867AB" w:rsidRPr="006B3C15" w:rsidRDefault="00D86B88" w:rsidP="006B3C15">
      <w:pPr>
        <w:spacing w:line="240" w:lineRule="auto"/>
        <w:ind w:firstLineChars="100" w:firstLine="220"/>
        <w:rPr>
          <w:rFonts w:ascii="ＭＳ 明朝" w:eastAsia="ＭＳ 明朝" w:hAnsi="ＭＳ 明朝"/>
          <w:lang w:eastAsia="ja-JP"/>
        </w:rPr>
      </w:pPr>
      <w:r w:rsidRPr="006B3C15">
        <w:rPr>
          <w:rFonts w:ascii="ＭＳ 明朝" w:eastAsia="ＭＳ 明朝" w:hAnsi="ＭＳ 明朝"/>
          <w:lang w:eastAsia="ja-JP"/>
        </w:rPr>
        <w:t>また、下記の者が運営事業者として決定された場合は、佐賀市役所本庁舎への当社フランチャイズチェーンの店舗の出店を承諾するとともに、店舗の適切かつ継続的な運営が行われるよう、必要な支援及び協力を行うことを</w:t>
      </w:r>
      <w:r w:rsidRPr="006B3C15">
        <w:rPr>
          <w:rFonts w:ascii="ＭＳ 明朝" w:eastAsia="ＭＳ 明朝" w:hAnsi="ＭＳ 明朝"/>
          <w:lang w:eastAsia="ja-JP"/>
        </w:rPr>
        <w:t>誓約します。</w:t>
      </w:r>
    </w:p>
    <w:p w14:paraId="1B45810F" w14:textId="77777777" w:rsidR="007867AB" w:rsidRPr="006B3C15" w:rsidRDefault="00D86B88">
      <w:pPr>
        <w:spacing w:before="240" w:after="160"/>
        <w:jc w:val="center"/>
        <w:rPr>
          <w:rFonts w:asciiTheme="minorEastAsia" w:eastAsiaTheme="minorEastAsia" w:hAnsiTheme="minorEastAsia"/>
        </w:rPr>
      </w:pPr>
      <w:r w:rsidRPr="006B3C15">
        <w:rPr>
          <w:rFonts w:asciiTheme="minorEastAsia" w:eastAsiaTheme="minorEastAsia" w:hAnsiTheme="minorEastAsia"/>
        </w:rPr>
        <w:t>記</w:t>
      </w:r>
    </w:p>
    <w:p w14:paraId="5474E401" w14:textId="77777777" w:rsidR="007867AB" w:rsidRPr="00D86B88" w:rsidRDefault="00D86B88">
      <w:pPr>
        <w:rPr>
          <w:rFonts w:asciiTheme="minorEastAsia" w:eastAsiaTheme="minorEastAsia" w:hAnsiTheme="minorEastAsia"/>
          <w:b/>
          <w:bCs/>
        </w:rPr>
      </w:pPr>
      <w:r w:rsidRPr="00D86B88">
        <w:rPr>
          <w:rFonts w:asciiTheme="minorEastAsia" w:eastAsiaTheme="minorEastAsia" w:hAnsiTheme="minorEastAsia"/>
          <w:b/>
          <w:bCs/>
        </w:rPr>
        <w:t>1</w:t>
      </w:r>
      <w:r w:rsidRPr="00D86B88">
        <w:rPr>
          <w:rFonts w:asciiTheme="minorEastAsia" w:eastAsiaTheme="minorEastAsia" w:hAnsiTheme="minorEastAsia"/>
          <w:b/>
          <w:bCs/>
        </w:rPr>
        <w:t xml:space="preserve">　応募者</w:t>
      </w:r>
    </w:p>
    <w:p w14:paraId="235BE61D" w14:textId="77777777" w:rsidR="007867AB" w:rsidRPr="006B3C15" w:rsidRDefault="00D86B88">
      <w:pPr>
        <w:ind w:left="454"/>
        <w:rPr>
          <w:rFonts w:asciiTheme="minorEastAsia" w:eastAsiaTheme="minorEastAsia" w:hAnsiTheme="minorEastAsia"/>
        </w:rPr>
      </w:pPr>
      <w:r w:rsidRPr="006B3C15">
        <w:rPr>
          <w:rFonts w:asciiTheme="minorEastAsia" w:eastAsiaTheme="minorEastAsia" w:hAnsiTheme="minorEastAsia"/>
        </w:rPr>
        <w:t xml:space="preserve">所在地　</w:t>
      </w:r>
      <w:r w:rsidRPr="006B3C15">
        <w:rPr>
          <w:rFonts w:asciiTheme="minorEastAsia" w:eastAsiaTheme="minorEastAsia" w:hAnsiTheme="minorEastAsia"/>
        </w:rPr>
        <w:t xml:space="preserve">　　　　　　　　　　　　　　　　　　　　　　　　</w:t>
      </w:r>
    </w:p>
    <w:p w14:paraId="1797A1A8" w14:textId="77777777" w:rsidR="007867AB" w:rsidRPr="006B3C15" w:rsidRDefault="00D86B88">
      <w:pPr>
        <w:ind w:left="454"/>
        <w:rPr>
          <w:rFonts w:asciiTheme="minorEastAsia" w:eastAsiaTheme="minorEastAsia" w:hAnsiTheme="minorEastAsia"/>
          <w:lang w:eastAsia="ja-JP"/>
        </w:rPr>
      </w:pPr>
      <w:r w:rsidRPr="006B3C15">
        <w:rPr>
          <w:rFonts w:asciiTheme="minorEastAsia" w:eastAsiaTheme="minorEastAsia" w:hAnsiTheme="minorEastAsia"/>
          <w:lang w:eastAsia="ja-JP"/>
        </w:rPr>
        <w:t xml:space="preserve">商号又は名称　</w:t>
      </w:r>
      <w:r w:rsidRPr="006B3C15">
        <w:rPr>
          <w:rFonts w:asciiTheme="minorEastAsia" w:eastAsiaTheme="minorEastAsia" w:hAnsiTheme="minorEastAsia"/>
          <w:lang w:eastAsia="ja-JP"/>
        </w:rPr>
        <w:t xml:space="preserve">　　　　　　　　　　　　　　　　　　　　　　　　</w:t>
      </w:r>
    </w:p>
    <w:p w14:paraId="2F216992" w14:textId="77777777" w:rsidR="007867AB" w:rsidRPr="006B3C15" w:rsidRDefault="00D86B88">
      <w:pPr>
        <w:ind w:left="454"/>
        <w:rPr>
          <w:rFonts w:asciiTheme="minorEastAsia" w:eastAsiaTheme="minorEastAsia" w:hAnsiTheme="minorEastAsia"/>
        </w:rPr>
      </w:pPr>
      <w:proofErr w:type="spellStart"/>
      <w:r w:rsidRPr="006B3C15">
        <w:rPr>
          <w:rFonts w:asciiTheme="minorEastAsia" w:eastAsiaTheme="minorEastAsia" w:hAnsiTheme="minorEastAsia"/>
        </w:rPr>
        <w:t>代表者職氏名</w:t>
      </w:r>
      <w:proofErr w:type="spellEnd"/>
      <w:r w:rsidRPr="006B3C15">
        <w:rPr>
          <w:rFonts w:asciiTheme="minorEastAsia" w:eastAsiaTheme="minorEastAsia" w:hAnsiTheme="minorEastAsia"/>
        </w:rPr>
        <w:t xml:space="preserve">　</w:t>
      </w:r>
      <w:r w:rsidRPr="006B3C15">
        <w:rPr>
          <w:rFonts w:asciiTheme="minorEastAsia" w:eastAsiaTheme="minorEastAsia" w:hAnsiTheme="minorEastAsia"/>
        </w:rPr>
        <w:t xml:space="preserve">　　　　　　　　　　　　　　　　　　　　　　　　</w:t>
      </w:r>
    </w:p>
    <w:p w14:paraId="21568A58" w14:textId="58B89A4E" w:rsidR="007867AB" w:rsidRPr="006B3C15" w:rsidRDefault="00D86B88">
      <w:pPr>
        <w:ind w:left="454"/>
        <w:rPr>
          <w:rFonts w:asciiTheme="minorEastAsia" w:eastAsiaTheme="minorEastAsia" w:hAnsiTheme="minorEastAsia"/>
          <w:lang w:eastAsia="ja-JP"/>
        </w:rPr>
      </w:pPr>
      <w:r w:rsidRPr="006B3C15">
        <w:rPr>
          <w:rFonts w:asciiTheme="minorEastAsia" w:eastAsiaTheme="minorEastAsia" w:hAnsiTheme="minorEastAsia"/>
          <w:lang w:eastAsia="ja-JP"/>
        </w:rPr>
        <w:t xml:space="preserve">　　　　　　　　　　　　　　　　　　　　　　　　　　　　　</w:t>
      </w:r>
    </w:p>
    <w:p w14:paraId="10060FCA" w14:textId="42752C13" w:rsidR="007867AB" w:rsidRPr="00D86B88" w:rsidRDefault="006B3C15">
      <w:pPr>
        <w:rPr>
          <w:rFonts w:asciiTheme="minorEastAsia" w:eastAsiaTheme="minorEastAsia" w:hAnsiTheme="minorEastAsia"/>
          <w:b/>
          <w:bCs/>
          <w:lang w:eastAsia="ja-JP"/>
        </w:rPr>
      </w:pPr>
      <w:r w:rsidRPr="00D86B88">
        <w:rPr>
          <w:rFonts w:asciiTheme="minorEastAsia" w:eastAsiaTheme="minorEastAsia" w:hAnsiTheme="minorEastAsia" w:hint="eastAsia"/>
          <w:b/>
          <w:bCs/>
          <w:lang w:eastAsia="ja-JP"/>
        </w:rPr>
        <w:t>2</w:t>
      </w:r>
      <w:r w:rsidR="00D86B88" w:rsidRPr="00D86B88">
        <w:rPr>
          <w:rFonts w:asciiTheme="minorEastAsia" w:eastAsiaTheme="minorEastAsia" w:hAnsiTheme="minorEastAsia"/>
          <w:b/>
          <w:bCs/>
          <w:lang w:eastAsia="ja-JP"/>
        </w:rPr>
        <w:t xml:space="preserve">　承諾及び誓約事項</w:t>
      </w:r>
    </w:p>
    <w:p w14:paraId="5398663D" w14:textId="77777777" w:rsidR="007867AB" w:rsidRPr="006B3C15" w:rsidRDefault="00D86B88">
      <w:pPr>
        <w:spacing w:after="100" w:line="336" w:lineRule="auto"/>
        <w:ind w:left="283" w:hanging="283"/>
        <w:rPr>
          <w:rFonts w:asciiTheme="minorEastAsia" w:eastAsiaTheme="minorEastAsia" w:hAnsiTheme="minorEastAsia"/>
          <w:lang w:eastAsia="ja-JP"/>
        </w:rPr>
      </w:pPr>
      <w:r w:rsidRPr="006B3C15">
        <w:rPr>
          <w:rFonts w:asciiTheme="minorEastAsia" w:eastAsiaTheme="minorEastAsia" w:hAnsiTheme="minorEastAsia"/>
          <w:lang w:eastAsia="ja-JP"/>
        </w:rPr>
        <w:t>（</w:t>
      </w:r>
      <w:r w:rsidRPr="006B3C15">
        <w:rPr>
          <w:rFonts w:asciiTheme="minorEastAsia" w:eastAsiaTheme="minorEastAsia" w:hAnsiTheme="minorEastAsia"/>
          <w:lang w:eastAsia="ja-JP"/>
        </w:rPr>
        <w:t>1</w:t>
      </w:r>
      <w:r w:rsidRPr="006B3C15">
        <w:rPr>
          <w:rFonts w:asciiTheme="minorEastAsia" w:eastAsiaTheme="minorEastAsia" w:hAnsiTheme="minorEastAsia"/>
          <w:lang w:eastAsia="ja-JP"/>
        </w:rPr>
        <w:t>）上記応募者が本事業に応募すること。</w:t>
      </w:r>
    </w:p>
    <w:p w14:paraId="1897124C" w14:textId="77777777" w:rsidR="007867AB" w:rsidRPr="006B3C15" w:rsidRDefault="00D86B88">
      <w:pPr>
        <w:spacing w:after="100" w:line="336" w:lineRule="auto"/>
        <w:ind w:left="283" w:hanging="283"/>
        <w:rPr>
          <w:rFonts w:asciiTheme="minorEastAsia" w:eastAsiaTheme="minorEastAsia" w:hAnsiTheme="minorEastAsia"/>
          <w:lang w:eastAsia="ja-JP"/>
        </w:rPr>
      </w:pPr>
      <w:r w:rsidRPr="006B3C15">
        <w:rPr>
          <w:rFonts w:asciiTheme="minorEastAsia" w:eastAsiaTheme="minorEastAsia" w:hAnsiTheme="minorEastAsia"/>
          <w:lang w:eastAsia="ja-JP"/>
        </w:rPr>
        <w:t>（</w:t>
      </w:r>
      <w:r w:rsidRPr="006B3C15">
        <w:rPr>
          <w:rFonts w:asciiTheme="minorEastAsia" w:eastAsiaTheme="minorEastAsia" w:hAnsiTheme="minorEastAsia"/>
          <w:lang w:eastAsia="ja-JP"/>
        </w:rPr>
        <w:t>2</w:t>
      </w:r>
      <w:r w:rsidRPr="006B3C15">
        <w:rPr>
          <w:rFonts w:asciiTheme="minorEastAsia" w:eastAsiaTheme="minorEastAsia" w:hAnsiTheme="minorEastAsia"/>
          <w:lang w:eastAsia="ja-JP"/>
        </w:rPr>
        <w:t>）上記応募者が運営事業者として決定された場合、佐賀市役所本庁舎に当社フランチャイズチェーンの店舗を出店すること。</w:t>
      </w:r>
    </w:p>
    <w:p w14:paraId="76A5A2CE" w14:textId="77777777" w:rsidR="007867AB" w:rsidRPr="006B3C15" w:rsidRDefault="00D86B88">
      <w:pPr>
        <w:spacing w:after="100" w:line="336" w:lineRule="auto"/>
        <w:ind w:left="283" w:hanging="283"/>
        <w:rPr>
          <w:rFonts w:asciiTheme="minorEastAsia" w:eastAsiaTheme="minorEastAsia" w:hAnsiTheme="minorEastAsia"/>
          <w:lang w:eastAsia="ja-JP"/>
        </w:rPr>
      </w:pPr>
      <w:r w:rsidRPr="006B3C15">
        <w:rPr>
          <w:rFonts w:asciiTheme="minorEastAsia" w:eastAsiaTheme="minorEastAsia" w:hAnsiTheme="minorEastAsia"/>
          <w:lang w:eastAsia="ja-JP"/>
        </w:rPr>
        <w:t>（</w:t>
      </w:r>
      <w:r w:rsidRPr="006B3C15">
        <w:rPr>
          <w:rFonts w:asciiTheme="minorEastAsia" w:eastAsiaTheme="minorEastAsia" w:hAnsiTheme="minorEastAsia"/>
          <w:lang w:eastAsia="ja-JP"/>
        </w:rPr>
        <w:t>3</w:t>
      </w:r>
      <w:r w:rsidRPr="006B3C15">
        <w:rPr>
          <w:rFonts w:asciiTheme="minorEastAsia" w:eastAsiaTheme="minorEastAsia" w:hAnsiTheme="minorEastAsia"/>
          <w:lang w:eastAsia="ja-JP"/>
        </w:rPr>
        <w:t>）店舗の運営に支障が生じた場合その他必要な場合には、上記応募者と連携し、当該支障の解消その他店舗の適切かつ継続的な運営を確保するため、必要な支援及び協力を行うこと。</w:t>
      </w:r>
    </w:p>
    <w:p w14:paraId="4B63B7B0" w14:textId="77777777" w:rsidR="007867AB" w:rsidRPr="006B3C15" w:rsidRDefault="00D86B88">
      <w:pPr>
        <w:spacing w:before="240"/>
        <w:jc w:val="right"/>
        <w:rPr>
          <w:rFonts w:asciiTheme="minorEastAsia" w:eastAsiaTheme="minorEastAsia" w:hAnsiTheme="minorEastAsia"/>
        </w:rPr>
      </w:pPr>
      <w:proofErr w:type="spellStart"/>
      <w:r w:rsidRPr="006B3C15">
        <w:rPr>
          <w:rFonts w:asciiTheme="minorEastAsia" w:eastAsiaTheme="minorEastAsia" w:hAnsiTheme="minorEastAsia"/>
        </w:rPr>
        <w:t>以上</w:t>
      </w:r>
      <w:proofErr w:type="spellEnd"/>
    </w:p>
    <w:sectPr w:rsidR="007867AB" w:rsidRPr="006B3C15" w:rsidSect="00034616">
      <w:pgSz w:w="11906" w:h="16838"/>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0AFA6C" w14:textId="77777777" w:rsidR="006B3C15" w:rsidRDefault="006B3C15" w:rsidP="006B3C15">
      <w:pPr>
        <w:spacing w:after="0" w:line="240" w:lineRule="auto"/>
      </w:pPr>
      <w:r>
        <w:separator/>
      </w:r>
    </w:p>
  </w:endnote>
  <w:endnote w:type="continuationSeparator" w:id="0">
    <w:p w14:paraId="092A822B" w14:textId="77777777" w:rsidR="006B3C15" w:rsidRDefault="006B3C15" w:rsidP="006B3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2A591" w14:textId="77777777" w:rsidR="006B3C15" w:rsidRDefault="006B3C15" w:rsidP="006B3C15">
      <w:pPr>
        <w:spacing w:after="0" w:line="240" w:lineRule="auto"/>
      </w:pPr>
      <w:r>
        <w:separator/>
      </w:r>
    </w:p>
  </w:footnote>
  <w:footnote w:type="continuationSeparator" w:id="0">
    <w:p w14:paraId="6E6E916C" w14:textId="77777777" w:rsidR="006B3C15" w:rsidRDefault="006B3C15" w:rsidP="006B3C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85558943">
    <w:abstractNumId w:val="8"/>
  </w:num>
  <w:num w:numId="2" w16cid:durableId="1092818402">
    <w:abstractNumId w:val="6"/>
  </w:num>
  <w:num w:numId="3" w16cid:durableId="1783986735">
    <w:abstractNumId w:val="5"/>
  </w:num>
  <w:num w:numId="4" w16cid:durableId="5640077">
    <w:abstractNumId w:val="4"/>
  </w:num>
  <w:num w:numId="5" w16cid:durableId="1849439718">
    <w:abstractNumId w:val="7"/>
  </w:num>
  <w:num w:numId="6" w16cid:durableId="1574047538">
    <w:abstractNumId w:val="3"/>
  </w:num>
  <w:num w:numId="7" w16cid:durableId="826020360">
    <w:abstractNumId w:val="2"/>
  </w:num>
  <w:num w:numId="8" w16cid:durableId="1527061476">
    <w:abstractNumId w:val="1"/>
  </w:num>
  <w:num w:numId="9" w16cid:durableId="739442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A5DD4"/>
    <w:rsid w:val="006B3C15"/>
    <w:rsid w:val="007867AB"/>
    <w:rsid w:val="00AA1D8D"/>
    <w:rsid w:val="00B47730"/>
    <w:rsid w:val="00CB0664"/>
    <w:rsid w:val="00D86B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05107AA"/>
  <w14:defaultImageDpi w14:val="300"/>
  <w15:docId w15:val="{84445E00-9805-4C4D-9A78-CA4D7239B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eastAsia="游明朝" w:hAnsi="游明朝"/>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85</Words>
  <Characters>490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伊達 有彩</cp:lastModifiedBy>
  <cp:revision>2</cp:revision>
  <dcterms:created xsi:type="dcterms:W3CDTF">2013-12-23T23:15:00Z</dcterms:created>
  <dcterms:modified xsi:type="dcterms:W3CDTF">2026-09-24T01:01:00Z</dcterms:modified>
  <cp:category/>
</cp:coreProperties>
</file>