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AD73A" w14:textId="77777777" w:rsidR="00EB63B3" w:rsidRPr="0021564F" w:rsidRDefault="00673510">
      <w:pPr>
        <w:jc w:val="right"/>
        <w:rPr>
          <w:rFonts w:asciiTheme="minorEastAsia" w:eastAsiaTheme="minorEastAsia" w:hAnsiTheme="minorEastAsia"/>
        </w:rPr>
      </w:pPr>
      <w:proofErr w:type="spellStart"/>
      <w:r w:rsidRPr="0021564F">
        <w:rPr>
          <w:rFonts w:asciiTheme="minorEastAsia" w:eastAsiaTheme="minorEastAsia" w:hAnsiTheme="minorEastAsia"/>
        </w:rPr>
        <w:t>令和</w:t>
      </w:r>
      <w:proofErr w:type="spellEnd"/>
      <w:r w:rsidRPr="0021564F">
        <w:rPr>
          <w:rFonts w:asciiTheme="minorEastAsia" w:eastAsiaTheme="minorEastAsia" w:hAnsiTheme="minorEastAsia"/>
        </w:rPr>
        <w:t xml:space="preserve">　　年　　月　　日</w:t>
      </w:r>
    </w:p>
    <w:p w14:paraId="05EF9D72" w14:textId="77777777" w:rsidR="00EB63B3" w:rsidRPr="0021564F" w:rsidRDefault="00673510">
      <w:pPr>
        <w:rPr>
          <w:rFonts w:asciiTheme="minorEastAsia" w:eastAsiaTheme="minorEastAsia" w:hAnsiTheme="minorEastAsia"/>
          <w:lang w:eastAsia="ja-JP"/>
        </w:rPr>
      </w:pPr>
      <w:r w:rsidRPr="0021564F">
        <w:rPr>
          <w:rFonts w:asciiTheme="minorEastAsia" w:eastAsiaTheme="minorEastAsia" w:hAnsiTheme="minorEastAsia"/>
          <w:lang w:eastAsia="ja-JP"/>
        </w:rPr>
        <w:t>佐賀市長　様</w:t>
      </w:r>
    </w:p>
    <w:p w14:paraId="32F8273D" w14:textId="77777777" w:rsidR="0021564F" w:rsidRPr="0021564F" w:rsidRDefault="0021564F">
      <w:pPr>
        <w:ind w:left="4422"/>
        <w:rPr>
          <w:rFonts w:asciiTheme="minorEastAsia" w:eastAsiaTheme="minorEastAsia" w:hAnsiTheme="minorEastAsia"/>
          <w:lang w:eastAsia="ja-JP"/>
        </w:rPr>
      </w:pPr>
    </w:p>
    <w:p w14:paraId="5477DBEE" w14:textId="1076A72D" w:rsidR="00EB63B3" w:rsidRPr="0021564F" w:rsidRDefault="00673510">
      <w:pPr>
        <w:ind w:left="4422"/>
        <w:rPr>
          <w:rFonts w:asciiTheme="minorEastAsia" w:eastAsiaTheme="minorEastAsia" w:hAnsiTheme="minorEastAsia"/>
          <w:lang w:eastAsia="ja-JP"/>
        </w:rPr>
      </w:pPr>
      <w:r w:rsidRPr="0021564F">
        <w:rPr>
          <w:rFonts w:asciiTheme="minorEastAsia" w:eastAsiaTheme="minorEastAsia" w:hAnsiTheme="minorEastAsia"/>
          <w:lang w:eastAsia="ja-JP"/>
        </w:rPr>
        <w:t>住所又は所在地</w:t>
      </w:r>
    </w:p>
    <w:p w14:paraId="08937459" w14:textId="77777777" w:rsidR="0021564F" w:rsidRPr="0021564F" w:rsidRDefault="0021564F">
      <w:pPr>
        <w:ind w:left="4422"/>
        <w:rPr>
          <w:rFonts w:asciiTheme="minorEastAsia" w:eastAsiaTheme="minorEastAsia" w:hAnsiTheme="minorEastAsia"/>
          <w:lang w:eastAsia="ja-JP"/>
        </w:rPr>
      </w:pPr>
    </w:p>
    <w:p w14:paraId="153D182C" w14:textId="75062A58" w:rsidR="00EB63B3" w:rsidRPr="0021564F" w:rsidRDefault="00673510">
      <w:pPr>
        <w:ind w:left="4422"/>
        <w:rPr>
          <w:rFonts w:asciiTheme="minorEastAsia" w:eastAsiaTheme="minorEastAsia" w:hAnsiTheme="minorEastAsia"/>
          <w:lang w:eastAsia="ja-JP"/>
        </w:rPr>
      </w:pPr>
      <w:r w:rsidRPr="0021564F">
        <w:rPr>
          <w:rFonts w:asciiTheme="minorEastAsia" w:eastAsiaTheme="minorEastAsia" w:hAnsiTheme="minorEastAsia"/>
          <w:lang w:eastAsia="ja-JP"/>
        </w:rPr>
        <w:t>商号又は名称</w:t>
      </w:r>
    </w:p>
    <w:p w14:paraId="75B1AC3F" w14:textId="77777777" w:rsidR="0021564F" w:rsidRPr="0021564F" w:rsidRDefault="0021564F">
      <w:pPr>
        <w:ind w:left="4422"/>
        <w:rPr>
          <w:rFonts w:asciiTheme="minorEastAsia" w:eastAsiaTheme="minorEastAsia" w:hAnsiTheme="minorEastAsia"/>
          <w:lang w:eastAsia="ja-JP"/>
        </w:rPr>
      </w:pPr>
    </w:p>
    <w:p w14:paraId="63D51A3D" w14:textId="1BE32FE9" w:rsidR="00EB63B3" w:rsidRPr="0021564F" w:rsidRDefault="00673510">
      <w:pPr>
        <w:ind w:left="4422"/>
        <w:rPr>
          <w:rFonts w:asciiTheme="minorEastAsia" w:eastAsiaTheme="minorEastAsia" w:hAnsiTheme="minorEastAsia"/>
          <w:lang w:eastAsia="ja-JP"/>
        </w:rPr>
      </w:pPr>
      <w:r w:rsidRPr="0021564F">
        <w:rPr>
          <w:rFonts w:asciiTheme="minorEastAsia" w:eastAsiaTheme="minorEastAsia" w:hAnsiTheme="minorEastAsia"/>
          <w:lang w:eastAsia="ja-JP"/>
        </w:rPr>
        <w:t>代表者職氏名　　　　　　　　　　　　　　　　印</w:t>
      </w:r>
    </w:p>
    <w:p w14:paraId="2F5C9E66" w14:textId="77777777" w:rsidR="0021564F" w:rsidRPr="0021564F" w:rsidRDefault="0021564F">
      <w:pPr>
        <w:spacing w:before="200"/>
        <w:jc w:val="center"/>
        <w:rPr>
          <w:rFonts w:asciiTheme="minorEastAsia" w:eastAsiaTheme="minorEastAsia" w:hAnsiTheme="minorEastAsia"/>
          <w:b/>
          <w:sz w:val="20"/>
          <w:szCs w:val="20"/>
          <w:lang w:eastAsia="ja-JP"/>
        </w:rPr>
      </w:pPr>
    </w:p>
    <w:p w14:paraId="015C703A" w14:textId="29CD5229" w:rsidR="00EB63B3" w:rsidRPr="0021564F" w:rsidRDefault="00BA13C5">
      <w:pPr>
        <w:spacing w:before="200"/>
        <w:jc w:val="center"/>
        <w:rPr>
          <w:rFonts w:asciiTheme="minorEastAsia" w:eastAsiaTheme="minorEastAsia" w:hAnsiTheme="minorEastAsia"/>
          <w:b/>
          <w:sz w:val="28"/>
          <w:lang w:eastAsia="ja-JP"/>
        </w:rPr>
      </w:pPr>
      <w:r w:rsidRPr="00BA13C5">
        <w:rPr>
          <w:rFonts w:asciiTheme="minorEastAsia" w:eastAsiaTheme="minorEastAsia" w:hAnsiTheme="minorEastAsia" w:hint="eastAsia"/>
          <w:b/>
          <w:sz w:val="28"/>
          <w:lang w:eastAsia="ja-JP"/>
        </w:rPr>
        <w:t>役員等名簿兼照会承諾書</w:t>
      </w:r>
    </w:p>
    <w:p w14:paraId="2351AC0F" w14:textId="77777777" w:rsidR="0021564F" w:rsidRPr="0021564F" w:rsidRDefault="0021564F">
      <w:pPr>
        <w:spacing w:before="200"/>
        <w:jc w:val="center"/>
        <w:rPr>
          <w:rFonts w:asciiTheme="minorEastAsia" w:eastAsiaTheme="minorEastAsia" w:hAnsiTheme="minorEastAsia"/>
          <w:sz w:val="21"/>
          <w:szCs w:val="21"/>
          <w:lang w:eastAsia="ja-JP"/>
        </w:rPr>
      </w:pPr>
    </w:p>
    <w:p w14:paraId="524A2148" w14:textId="77777777" w:rsidR="00EB63B3" w:rsidRPr="0021564F" w:rsidRDefault="00673510" w:rsidP="0021564F">
      <w:pPr>
        <w:ind w:leftChars="100" w:left="220" w:firstLineChars="100" w:firstLine="210"/>
        <w:rPr>
          <w:rFonts w:asciiTheme="minorEastAsia" w:eastAsiaTheme="minorEastAsia" w:hAnsiTheme="minorEastAsia"/>
          <w:lang w:eastAsia="ja-JP"/>
        </w:rPr>
      </w:pPr>
      <w:r w:rsidRPr="0021564F">
        <w:rPr>
          <w:rFonts w:asciiTheme="minorEastAsia" w:eastAsiaTheme="minorEastAsia" w:hAnsiTheme="minorEastAsia"/>
          <w:sz w:val="21"/>
          <w:lang w:eastAsia="ja-JP"/>
        </w:rPr>
        <w:t>次の役員等名簿の記載事項は事実と相違ありません。また、佐賀市が本公募における暴力団排除に係る参加資格の確認のため、必要に応じて本名簿に記載した者について警察に照会することを承諾します。</w:t>
      </w:r>
    </w:p>
    <w:p w14:paraId="00EBBA8D" w14:textId="77777777" w:rsidR="00EB63B3" w:rsidRPr="0021564F" w:rsidRDefault="00673510" w:rsidP="0021564F">
      <w:pPr>
        <w:ind w:firstLineChars="100" w:firstLine="201"/>
        <w:rPr>
          <w:rFonts w:asciiTheme="minorEastAsia" w:eastAsiaTheme="minorEastAsia" w:hAnsiTheme="minorEastAsia"/>
          <w:lang w:eastAsia="ja-JP"/>
        </w:rPr>
      </w:pPr>
      <w:r w:rsidRPr="0021564F">
        <w:rPr>
          <w:rFonts w:asciiTheme="minorEastAsia" w:eastAsiaTheme="minorEastAsia" w:hAnsiTheme="minorEastAsia"/>
          <w:b/>
          <w:sz w:val="20"/>
          <w:lang w:eastAsia="ja-JP"/>
        </w:rPr>
        <w:t>【記載上の注意】</w:t>
      </w:r>
    </w:p>
    <w:p w14:paraId="1539B362" w14:textId="77777777" w:rsidR="0021564F" w:rsidRDefault="00673510" w:rsidP="0021564F">
      <w:pPr>
        <w:ind w:firstLineChars="200" w:firstLine="380"/>
        <w:rPr>
          <w:rFonts w:asciiTheme="minorEastAsia" w:eastAsiaTheme="minorEastAsia" w:hAnsiTheme="minorEastAsia"/>
          <w:sz w:val="19"/>
          <w:lang w:eastAsia="ja-JP"/>
        </w:rPr>
      </w:pPr>
      <w:r w:rsidRPr="0021564F">
        <w:rPr>
          <w:rFonts w:asciiTheme="minorEastAsia" w:eastAsiaTheme="minorEastAsia" w:hAnsiTheme="minorEastAsia"/>
          <w:sz w:val="19"/>
          <w:lang w:eastAsia="ja-JP"/>
        </w:rPr>
        <w:t>１　法人の場合は、登記事項証明書に記載されている代表者及び役員について、役職名、氏名、フリガナ及</w:t>
      </w:r>
    </w:p>
    <w:p w14:paraId="6E6067AC" w14:textId="21AA16CE" w:rsidR="00EB63B3" w:rsidRPr="0021564F" w:rsidRDefault="00673510" w:rsidP="0021564F">
      <w:pPr>
        <w:ind w:firstLineChars="400" w:firstLine="760"/>
        <w:rPr>
          <w:rFonts w:asciiTheme="minorEastAsia" w:eastAsiaTheme="minorEastAsia" w:hAnsiTheme="minorEastAsia"/>
          <w:lang w:eastAsia="ja-JP"/>
        </w:rPr>
      </w:pPr>
      <w:r w:rsidRPr="0021564F">
        <w:rPr>
          <w:rFonts w:asciiTheme="minorEastAsia" w:eastAsiaTheme="minorEastAsia" w:hAnsiTheme="minorEastAsia"/>
          <w:sz w:val="19"/>
          <w:lang w:eastAsia="ja-JP"/>
        </w:rPr>
        <w:t>び生年月日を記載してください。</w:t>
      </w:r>
    </w:p>
    <w:p w14:paraId="03761106" w14:textId="77777777" w:rsidR="00EB63B3" w:rsidRPr="0021564F" w:rsidRDefault="00673510" w:rsidP="0021564F">
      <w:pPr>
        <w:ind w:firstLineChars="200" w:firstLine="380"/>
        <w:rPr>
          <w:rFonts w:asciiTheme="minorEastAsia" w:eastAsiaTheme="minorEastAsia" w:hAnsiTheme="minorEastAsia"/>
          <w:lang w:eastAsia="ja-JP"/>
        </w:rPr>
      </w:pPr>
      <w:r w:rsidRPr="0021564F">
        <w:rPr>
          <w:rFonts w:asciiTheme="minorEastAsia" w:eastAsiaTheme="minorEastAsia" w:hAnsiTheme="minorEastAsia"/>
          <w:sz w:val="19"/>
          <w:lang w:eastAsia="ja-JP"/>
        </w:rPr>
        <w:t>２　執行役員その他登記事項証明書に記載されていない者については、記載する必要はありません。</w:t>
      </w:r>
    </w:p>
    <w:p w14:paraId="4D8A9FAB" w14:textId="77777777" w:rsidR="0021564F" w:rsidRDefault="00673510" w:rsidP="0021564F">
      <w:pPr>
        <w:ind w:firstLineChars="200" w:firstLine="380"/>
        <w:rPr>
          <w:rFonts w:asciiTheme="minorEastAsia" w:eastAsiaTheme="minorEastAsia" w:hAnsiTheme="minorEastAsia"/>
          <w:sz w:val="19"/>
          <w:lang w:eastAsia="ja-JP"/>
        </w:rPr>
      </w:pPr>
      <w:r w:rsidRPr="0021564F">
        <w:rPr>
          <w:rFonts w:asciiTheme="minorEastAsia" w:eastAsiaTheme="minorEastAsia" w:hAnsiTheme="minorEastAsia"/>
          <w:sz w:val="19"/>
          <w:lang w:eastAsia="ja-JP"/>
        </w:rPr>
        <w:t>３</w:t>
      </w:r>
      <w:r w:rsidR="0021564F">
        <w:rPr>
          <w:rFonts w:asciiTheme="minorEastAsia" w:eastAsiaTheme="minorEastAsia" w:hAnsiTheme="minorEastAsia" w:hint="eastAsia"/>
          <w:sz w:val="19"/>
          <w:lang w:eastAsia="ja-JP"/>
        </w:rPr>
        <w:t xml:space="preserve">　</w:t>
      </w:r>
      <w:r w:rsidRPr="0021564F">
        <w:rPr>
          <w:rFonts w:asciiTheme="minorEastAsia" w:eastAsiaTheme="minorEastAsia" w:hAnsiTheme="minorEastAsia"/>
          <w:sz w:val="19"/>
          <w:lang w:eastAsia="ja-JP"/>
        </w:rPr>
        <w:t>本名簿に記載された情報は、本公募における暴力団排除に係る参加資格の確認のため、警察への照会に</w:t>
      </w:r>
    </w:p>
    <w:p w14:paraId="6377C29C" w14:textId="0162FCD8" w:rsidR="00EB63B3" w:rsidRDefault="00673510" w:rsidP="0021564F">
      <w:pPr>
        <w:ind w:firstLineChars="400" w:firstLine="760"/>
        <w:rPr>
          <w:rFonts w:asciiTheme="minorEastAsia" w:eastAsiaTheme="minorEastAsia" w:hAnsiTheme="minorEastAsia"/>
          <w:sz w:val="19"/>
          <w:lang w:eastAsia="ja-JP"/>
        </w:rPr>
      </w:pPr>
      <w:r w:rsidRPr="0021564F">
        <w:rPr>
          <w:rFonts w:asciiTheme="minorEastAsia" w:eastAsiaTheme="minorEastAsia" w:hAnsiTheme="minorEastAsia"/>
          <w:sz w:val="19"/>
          <w:lang w:eastAsia="ja-JP"/>
        </w:rPr>
        <w:t>使用する場合があります。</w:t>
      </w:r>
    </w:p>
    <w:p w14:paraId="09AF0744" w14:textId="77777777" w:rsidR="0021564F" w:rsidRPr="0021564F" w:rsidRDefault="0021564F" w:rsidP="0021564F">
      <w:pPr>
        <w:ind w:leftChars="200" w:left="880" w:hangingChars="200" w:hanging="440"/>
        <w:rPr>
          <w:rFonts w:asciiTheme="minorEastAsia" w:eastAsiaTheme="minorEastAsia" w:hAnsiTheme="minorEastAsia"/>
          <w:lang w:eastAsia="ja-JP"/>
        </w:rPr>
      </w:pPr>
    </w:p>
    <w:tbl>
      <w:tblPr>
        <w:tblStyle w:val="afe"/>
        <w:tblW w:w="9072" w:type="dxa"/>
        <w:jc w:val="center"/>
        <w:tblLook w:val="04A0" w:firstRow="1" w:lastRow="0" w:firstColumn="1" w:lastColumn="0" w:noHBand="0" w:noVBand="1"/>
      </w:tblPr>
      <w:tblGrid>
        <w:gridCol w:w="1701"/>
        <w:gridCol w:w="2551"/>
        <w:gridCol w:w="2552"/>
        <w:gridCol w:w="2268"/>
      </w:tblGrid>
      <w:tr w:rsidR="00B91653" w:rsidRPr="0021564F" w14:paraId="51C02196" w14:textId="77777777" w:rsidTr="00B91653">
        <w:trPr>
          <w:trHeight w:val="460"/>
          <w:jc w:val="center"/>
        </w:trPr>
        <w:tc>
          <w:tcPr>
            <w:tcW w:w="1701" w:type="dxa"/>
            <w:vAlign w:val="center"/>
          </w:tcPr>
          <w:p w14:paraId="0471B3B1" w14:textId="77777777" w:rsidR="00B91653" w:rsidRPr="0021564F" w:rsidRDefault="00B91653" w:rsidP="00B91653">
            <w:pPr>
              <w:jc w:val="center"/>
              <w:rPr>
                <w:rFonts w:asciiTheme="minorEastAsia" w:eastAsiaTheme="minorEastAsia" w:hAnsiTheme="minorEastAsia"/>
              </w:rPr>
            </w:pPr>
            <w:proofErr w:type="spellStart"/>
            <w:r w:rsidRPr="0021564F">
              <w:rPr>
                <w:rFonts w:asciiTheme="minorEastAsia" w:eastAsiaTheme="minorEastAsia" w:hAnsiTheme="minorEastAsia"/>
                <w:b/>
                <w:sz w:val="21"/>
              </w:rPr>
              <w:t>役職名</w:t>
            </w:r>
            <w:proofErr w:type="spellEnd"/>
          </w:p>
        </w:tc>
        <w:tc>
          <w:tcPr>
            <w:tcW w:w="2551" w:type="dxa"/>
            <w:vAlign w:val="center"/>
          </w:tcPr>
          <w:p w14:paraId="451671EF" w14:textId="77777777" w:rsidR="00B91653" w:rsidRPr="0021564F" w:rsidRDefault="00B91653" w:rsidP="00B91653">
            <w:pPr>
              <w:jc w:val="center"/>
              <w:rPr>
                <w:rFonts w:asciiTheme="minorEastAsia" w:eastAsiaTheme="minorEastAsia" w:hAnsiTheme="minorEastAsia"/>
              </w:rPr>
            </w:pPr>
            <w:proofErr w:type="spellStart"/>
            <w:r w:rsidRPr="0021564F">
              <w:rPr>
                <w:rFonts w:asciiTheme="minorEastAsia" w:eastAsiaTheme="minorEastAsia" w:hAnsiTheme="minorEastAsia"/>
                <w:b/>
                <w:sz w:val="21"/>
              </w:rPr>
              <w:t>氏名</w:t>
            </w:r>
            <w:proofErr w:type="spellEnd"/>
          </w:p>
        </w:tc>
        <w:tc>
          <w:tcPr>
            <w:tcW w:w="2552" w:type="dxa"/>
            <w:vAlign w:val="center"/>
          </w:tcPr>
          <w:p w14:paraId="0392428C" w14:textId="25C5D447" w:rsidR="00B91653" w:rsidRPr="0021564F" w:rsidRDefault="00B91653" w:rsidP="00B91653">
            <w:pPr>
              <w:jc w:val="center"/>
              <w:rPr>
                <w:rFonts w:asciiTheme="minorEastAsia" w:eastAsiaTheme="minorEastAsia" w:hAnsiTheme="minorEastAsia"/>
                <w:b/>
                <w:sz w:val="21"/>
              </w:rPr>
            </w:pPr>
            <w:proofErr w:type="spellStart"/>
            <w:r w:rsidRPr="0021564F">
              <w:rPr>
                <w:rFonts w:asciiTheme="minorEastAsia" w:eastAsiaTheme="minorEastAsia" w:hAnsiTheme="minorEastAsia"/>
                <w:b/>
                <w:sz w:val="21"/>
              </w:rPr>
              <w:t>フリガナ</w:t>
            </w:r>
            <w:proofErr w:type="spellEnd"/>
          </w:p>
        </w:tc>
        <w:tc>
          <w:tcPr>
            <w:tcW w:w="2268" w:type="dxa"/>
            <w:vAlign w:val="center"/>
          </w:tcPr>
          <w:p w14:paraId="091DA7EF" w14:textId="3819D478" w:rsidR="00B91653" w:rsidRPr="0021564F" w:rsidRDefault="00B91653" w:rsidP="00B91653">
            <w:pPr>
              <w:jc w:val="center"/>
              <w:rPr>
                <w:rFonts w:asciiTheme="minorEastAsia" w:eastAsiaTheme="minorEastAsia" w:hAnsiTheme="minorEastAsia"/>
              </w:rPr>
            </w:pPr>
            <w:proofErr w:type="spellStart"/>
            <w:r w:rsidRPr="0021564F">
              <w:rPr>
                <w:rFonts w:asciiTheme="minorEastAsia" w:eastAsiaTheme="minorEastAsia" w:hAnsiTheme="minorEastAsia"/>
                <w:b/>
                <w:sz w:val="21"/>
              </w:rPr>
              <w:t>生年月日</w:t>
            </w:r>
            <w:proofErr w:type="spellEnd"/>
          </w:p>
        </w:tc>
      </w:tr>
      <w:tr w:rsidR="00B91653" w:rsidRPr="0021564F" w14:paraId="2140776A" w14:textId="77777777" w:rsidTr="00B91653">
        <w:trPr>
          <w:trHeight w:val="560"/>
          <w:jc w:val="center"/>
        </w:trPr>
        <w:tc>
          <w:tcPr>
            <w:tcW w:w="1701" w:type="dxa"/>
            <w:vAlign w:val="center"/>
          </w:tcPr>
          <w:p w14:paraId="52D5664F" w14:textId="546499D7" w:rsidR="00B91653" w:rsidRPr="0021564F" w:rsidRDefault="00B91653" w:rsidP="00B91653">
            <w:pPr>
              <w:jc w:val="center"/>
              <w:rPr>
                <w:rFonts w:asciiTheme="minorEastAsia" w:eastAsiaTheme="minorEastAsia" w:hAnsiTheme="minorEastAsia"/>
              </w:rPr>
            </w:pPr>
          </w:p>
        </w:tc>
        <w:tc>
          <w:tcPr>
            <w:tcW w:w="2551" w:type="dxa"/>
            <w:vAlign w:val="center"/>
          </w:tcPr>
          <w:p w14:paraId="50CBFAFF" w14:textId="1B0971EF" w:rsidR="00B91653" w:rsidRPr="0021564F" w:rsidRDefault="00B91653" w:rsidP="00B91653">
            <w:pPr>
              <w:jc w:val="center"/>
              <w:rPr>
                <w:rFonts w:asciiTheme="minorEastAsia" w:eastAsiaTheme="minorEastAsia" w:hAnsiTheme="minorEastAsia"/>
              </w:rPr>
            </w:pPr>
          </w:p>
        </w:tc>
        <w:tc>
          <w:tcPr>
            <w:tcW w:w="2552" w:type="dxa"/>
            <w:vAlign w:val="center"/>
          </w:tcPr>
          <w:p w14:paraId="7F51BF09" w14:textId="4EC9492F" w:rsidR="00B91653" w:rsidRPr="0021564F" w:rsidRDefault="00B91653" w:rsidP="00B91653">
            <w:pPr>
              <w:jc w:val="center"/>
              <w:rPr>
                <w:rFonts w:asciiTheme="minorEastAsia" w:eastAsiaTheme="minorEastAsia" w:hAnsiTheme="minorEastAsia"/>
              </w:rPr>
            </w:pPr>
          </w:p>
        </w:tc>
        <w:tc>
          <w:tcPr>
            <w:tcW w:w="2268" w:type="dxa"/>
            <w:vAlign w:val="center"/>
          </w:tcPr>
          <w:p w14:paraId="3C68F309" w14:textId="3F30D0DB" w:rsidR="00B91653" w:rsidRPr="0021564F" w:rsidRDefault="00B91653" w:rsidP="00B91653">
            <w:pPr>
              <w:jc w:val="center"/>
              <w:rPr>
                <w:rFonts w:asciiTheme="minorEastAsia" w:eastAsiaTheme="minorEastAsia" w:hAnsiTheme="minorEastAsia"/>
              </w:rPr>
            </w:pPr>
          </w:p>
        </w:tc>
      </w:tr>
      <w:tr w:rsidR="00B91653" w:rsidRPr="0021564F" w14:paraId="6C60284B" w14:textId="77777777" w:rsidTr="00B91653">
        <w:trPr>
          <w:trHeight w:val="560"/>
          <w:jc w:val="center"/>
        </w:trPr>
        <w:tc>
          <w:tcPr>
            <w:tcW w:w="1701" w:type="dxa"/>
            <w:vAlign w:val="center"/>
          </w:tcPr>
          <w:p w14:paraId="4131DA80" w14:textId="77777777" w:rsidR="00B91653" w:rsidRPr="0021564F" w:rsidRDefault="00B91653" w:rsidP="00B91653">
            <w:pPr>
              <w:jc w:val="center"/>
              <w:rPr>
                <w:rFonts w:asciiTheme="minorEastAsia" w:eastAsiaTheme="minorEastAsia" w:hAnsiTheme="minorEastAsia"/>
              </w:rPr>
            </w:pPr>
          </w:p>
        </w:tc>
        <w:tc>
          <w:tcPr>
            <w:tcW w:w="2551" w:type="dxa"/>
            <w:vAlign w:val="center"/>
          </w:tcPr>
          <w:p w14:paraId="5A2E36D9" w14:textId="77777777" w:rsidR="00B91653" w:rsidRPr="0021564F" w:rsidRDefault="00B91653" w:rsidP="00B91653">
            <w:pPr>
              <w:jc w:val="center"/>
              <w:rPr>
                <w:rFonts w:asciiTheme="minorEastAsia" w:eastAsiaTheme="minorEastAsia" w:hAnsiTheme="minorEastAsia"/>
              </w:rPr>
            </w:pPr>
          </w:p>
        </w:tc>
        <w:tc>
          <w:tcPr>
            <w:tcW w:w="2552" w:type="dxa"/>
            <w:vAlign w:val="center"/>
          </w:tcPr>
          <w:p w14:paraId="63BD141E" w14:textId="77777777" w:rsidR="00B91653" w:rsidRPr="0021564F" w:rsidRDefault="00B91653" w:rsidP="00B91653">
            <w:pPr>
              <w:jc w:val="center"/>
              <w:rPr>
                <w:rFonts w:asciiTheme="minorEastAsia" w:eastAsiaTheme="minorEastAsia" w:hAnsiTheme="minorEastAsia"/>
              </w:rPr>
            </w:pPr>
          </w:p>
        </w:tc>
        <w:tc>
          <w:tcPr>
            <w:tcW w:w="2268" w:type="dxa"/>
            <w:vAlign w:val="center"/>
          </w:tcPr>
          <w:p w14:paraId="39FAFA46" w14:textId="1FA8C14C" w:rsidR="00B91653" w:rsidRPr="0021564F" w:rsidRDefault="00B91653" w:rsidP="00B91653">
            <w:pPr>
              <w:jc w:val="center"/>
              <w:rPr>
                <w:rFonts w:asciiTheme="minorEastAsia" w:eastAsiaTheme="minorEastAsia" w:hAnsiTheme="minorEastAsia"/>
              </w:rPr>
            </w:pPr>
          </w:p>
        </w:tc>
      </w:tr>
      <w:tr w:rsidR="00B91653" w:rsidRPr="0021564F" w14:paraId="38B1C04E" w14:textId="77777777" w:rsidTr="00B91653">
        <w:trPr>
          <w:trHeight w:val="560"/>
          <w:jc w:val="center"/>
        </w:trPr>
        <w:tc>
          <w:tcPr>
            <w:tcW w:w="1701" w:type="dxa"/>
            <w:vAlign w:val="center"/>
          </w:tcPr>
          <w:p w14:paraId="3FF6AF6B" w14:textId="77777777" w:rsidR="00B91653" w:rsidRPr="0021564F" w:rsidRDefault="00B91653" w:rsidP="00B91653">
            <w:pPr>
              <w:jc w:val="center"/>
              <w:rPr>
                <w:rFonts w:asciiTheme="minorEastAsia" w:eastAsiaTheme="minorEastAsia" w:hAnsiTheme="minorEastAsia"/>
              </w:rPr>
            </w:pPr>
          </w:p>
        </w:tc>
        <w:tc>
          <w:tcPr>
            <w:tcW w:w="2551" w:type="dxa"/>
            <w:vAlign w:val="center"/>
          </w:tcPr>
          <w:p w14:paraId="294DBF2F" w14:textId="77777777" w:rsidR="00B91653" w:rsidRPr="0021564F" w:rsidRDefault="00B91653" w:rsidP="00B91653">
            <w:pPr>
              <w:jc w:val="center"/>
              <w:rPr>
                <w:rFonts w:asciiTheme="minorEastAsia" w:eastAsiaTheme="minorEastAsia" w:hAnsiTheme="minorEastAsia"/>
              </w:rPr>
            </w:pPr>
          </w:p>
        </w:tc>
        <w:tc>
          <w:tcPr>
            <w:tcW w:w="2552" w:type="dxa"/>
            <w:vAlign w:val="center"/>
          </w:tcPr>
          <w:p w14:paraId="593733E1" w14:textId="77777777" w:rsidR="00B91653" w:rsidRPr="0021564F" w:rsidRDefault="00B91653" w:rsidP="00B91653">
            <w:pPr>
              <w:jc w:val="center"/>
              <w:rPr>
                <w:rFonts w:asciiTheme="minorEastAsia" w:eastAsiaTheme="minorEastAsia" w:hAnsiTheme="minorEastAsia"/>
              </w:rPr>
            </w:pPr>
          </w:p>
        </w:tc>
        <w:tc>
          <w:tcPr>
            <w:tcW w:w="2268" w:type="dxa"/>
            <w:vAlign w:val="center"/>
          </w:tcPr>
          <w:p w14:paraId="26AC3D20" w14:textId="7764FF97" w:rsidR="00B91653" w:rsidRPr="0021564F" w:rsidRDefault="00B91653" w:rsidP="00B91653">
            <w:pPr>
              <w:jc w:val="center"/>
              <w:rPr>
                <w:rFonts w:asciiTheme="minorEastAsia" w:eastAsiaTheme="minorEastAsia" w:hAnsiTheme="minorEastAsia"/>
              </w:rPr>
            </w:pPr>
          </w:p>
        </w:tc>
      </w:tr>
      <w:tr w:rsidR="00B91653" w:rsidRPr="0021564F" w14:paraId="05FA17DC" w14:textId="77777777" w:rsidTr="00B91653">
        <w:trPr>
          <w:trHeight w:val="560"/>
          <w:jc w:val="center"/>
        </w:trPr>
        <w:tc>
          <w:tcPr>
            <w:tcW w:w="1701" w:type="dxa"/>
            <w:vAlign w:val="center"/>
          </w:tcPr>
          <w:p w14:paraId="162B3559" w14:textId="77777777" w:rsidR="00B91653" w:rsidRPr="0021564F" w:rsidRDefault="00B91653" w:rsidP="00B91653">
            <w:pPr>
              <w:jc w:val="center"/>
              <w:rPr>
                <w:rFonts w:asciiTheme="minorEastAsia" w:eastAsiaTheme="minorEastAsia" w:hAnsiTheme="minorEastAsia"/>
              </w:rPr>
            </w:pPr>
          </w:p>
        </w:tc>
        <w:tc>
          <w:tcPr>
            <w:tcW w:w="2551" w:type="dxa"/>
            <w:vAlign w:val="center"/>
          </w:tcPr>
          <w:p w14:paraId="2BB1059A" w14:textId="77777777" w:rsidR="00B91653" w:rsidRPr="0021564F" w:rsidRDefault="00B91653" w:rsidP="00B91653">
            <w:pPr>
              <w:jc w:val="center"/>
              <w:rPr>
                <w:rFonts w:asciiTheme="minorEastAsia" w:eastAsiaTheme="minorEastAsia" w:hAnsiTheme="minorEastAsia"/>
              </w:rPr>
            </w:pPr>
          </w:p>
        </w:tc>
        <w:tc>
          <w:tcPr>
            <w:tcW w:w="2552" w:type="dxa"/>
            <w:vAlign w:val="center"/>
          </w:tcPr>
          <w:p w14:paraId="409CDFE7" w14:textId="77777777" w:rsidR="00B91653" w:rsidRPr="0021564F" w:rsidRDefault="00B91653" w:rsidP="00B91653">
            <w:pPr>
              <w:jc w:val="center"/>
              <w:rPr>
                <w:rFonts w:asciiTheme="minorEastAsia" w:eastAsiaTheme="minorEastAsia" w:hAnsiTheme="minorEastAsia"/>
              </w:rPr>
            </w:pPr>
          </w:p>
        </w:tc>
        <w:tc>
          <w:tcPr>
            <w:tcW w:w="2268" w:type="dxa"/>
            <w:vAlign w:val="center"/>
          </w:tcPr>
          <w:p w14:paraId="4130BE1C" w14:textId="52027359" w:rsidR="00B91653" w:rsidRPr="0021564F" w:rsidRDefault="00B91653" w:rsidP="00B91653">
            <w:pPr>
              <w:jc w:val="center"/>
              <w:rPr>
                <w:rFonts w:asciiTheme="minorEastAsia" w:eastAsiaTheme="minorEastAsia" w:hAnsiTheme="minorEastAsia"/>
              </w:rPr>
            </w:pPr>
          </w:p>
        </w:tc>
      </w:tr>
      <w:tr w:rsidR="00B91653" w:rsidRPr="0021564F" w14:paraId="1B4B387D" w14:textId="77777777" w:rsidTr="00B91653">
        <w:trPr>
          <w:trHeight w:val="560"/>
          <w:jc w:val="center"/>
        </w:trPr>
        <w:tc>
          <w:tcPr>
            <w:tcW w:w="1701" w:type="dxa"/>
            <w:vAlign w:val="center"/>
          </w:tcPr>
          <w:p w14:paraId="667204AC" w14:textId="77777777" w:rsidR="00B91653" w:rsidRPr="0021564F" w:rsidRDefault="00B91653" w:rsidP="00B91653">
            <w:pPr>
              <w:jc w:val="center"/>
              <w:rPr>
                <w:rFonts w:asciiTheme="minorEastAsia" w:eastAsiaTheme="minorEastAsia" w:hAnsiTheme="minorEastAsia"/>
              </w:rPr>
            </w:pPr>
          </w:p>
        </w:tc>
        <w:tc>
          <w:tcPr>
            <w:tcW w:w="2551" w:type="dxa"/>
            <w:vAlign w:val="center"/>
          </w:tcPr>
          <w:p w14:paraId="4FDB5D79" w14:textId="77777777" w:rsidR="00B91653" w:rsidRPr="0021564F" w:rsidRDefault="00B91653" w:rsidP="00B91653">
            <w:pPr>
              <w:jc w:val="center"/>
              <w:rPr>
                <w:rFonts w:asciiTheme="minorEastAsia" w:eastAsiaTheme="minorEastAsia" w:hAnsiTheme="minorEastAsia"/>
              </w:rPr>
            </w:pPr>
          </w:p>
        </w:tc>
        <w:tc>
          <w:tcPr>
            <w:tcW w:w="2552" w:type="dxa"/>
            <w:vAlign w:val="center"/>
          </w:tcPr>
          <w:p w14:paraId="70A45B64" w14:textId="77777777" w:rsidR="00B91653" w:rsidRPr="0021564F" w:rsidRDefault="00B91653" w:rsidP="00B91653">
            <w:pPr>
              <w:jc w:val="center"/>
              <w:rPr>
                <w:rFonts w:asciiTheme="minorEastAsia" w:eastAsiaTheme="minorEastAsia" w:hAnsiTheme="minorEastAsia"/>
              </w:rPr>
            </w:pPr>
          </w:p>
        </w:tc>
        <w:tc>
          <w:tcPr>
            <w:tcW w:w="2268" w:type="dxa"/>
            <w:vAlign w:val="center"/>
          </w:tcPr>
          <w:p w14:paraId="2D9DD6EE" w14:textId="5889CDA3" w:rsidR="00B91653" w:rsidRPr="0021564F" w:rsidRDefault="00B91653" w:rsidP="00B91653">
            <w:pPr>
              <w:jc w:val="center"/>
              <w:rPr>
                <w:rFonts w:asciiTheme="minorEastAsia" w:eastAsiaTheme="minorEastAsia" w:hAnsiTheme="minorEastAsia"/>
              </w:rPr>
            </w:pPr>
          </w:p>
        </w:tc>
      </w:tr>
      <w:tr w:rsidR="00B91653" w:rsidRPr="0021564F" w14:paraId="77BAA58B" w14:textId="77777777" w:rsidTr="00B91653">
        <w:trPr>
          <w:trHeight w:val="560"/>
          <w:jc w:val="center"/>
        </w:trPr>
        <w:tc>
          <w:tcPr>
            <w:tcW w:w="1701" w:type="dxa"/>
            <w:vAlign w:val="center"/>
          </w:tcPr>
          <w:p w14:paraId="2FC2C696" w14:textId="77777777" w:rsidR="00B91653" w:rsidRPr="0021564F" w:rsidRDefault="00B91653" w:rsidP="00B91653">
            <w:pPr>
              <w:jc w:val="center"/>
              <w:rPr>
                <w:rFonts w:asciiTheme="minorEastAsia" w:eastAsiaTheme="minorEastAsia" w:hAnsiTheme="minorEastAsia"/>
              </w:rPr>
            </w:pPr>
          </w:p>
        </w:tc>
        <w:tc>
          <w:tcPr>
            <w:tcW w:w="2551" w:type="dxa"/>
            <w:vAlign w:val="center"/>
          </w:tcPr>
          <w:p w14:paraId="3BDBA48B" w14:textId="77777777" w:rsidR="00B91653" w:rsidRPr="0021564F" w:rsidRDefault="00B91653" w:rsidP="00B91653">
            <w:pPr>
              <w:jc w:val="center"/>
              <w:rPr>
                <w:rFonts w:asciiTheme="minorEastAsia" w:eastAsiaTheme="minorEastAsia" w:hAnsiTheme="minorEastAsia"/>
              </w:rPr>
            </w:pPr>
          </w:p>
        </w:tc>
        <w:tc>
          <w:tcPr>
            <w:tcW w:w="2552" w:type="dxa"/>
            <w:vAlign w:val="center"/>
          </w:tcPr>
          <w:p w14:paraId="4880F711" w14:textId="77777777" w:rsidR="00B91653" w:rsidRPr="0021564F" w:rsidRDefault="00B91653" w:rsidP="00B91653">
            <w:pPr>
              <w:jc w:val="center"/>
              <w:rPr>
                <w:rFonts w:asciiTheme="minorEastAsia" w:eastAsiaTheme="minorEastAsia" w:hAnsiTheme="minorEastAsia"/>
              </w:rPr>
            </w:pPr>
          </w:p>
        </w:tc>
        <w:tc>
          <w:tcPr>
            <w:tcW w:w="2268" w:type="dxa"/>
            <w:vAlign w:val="center"/>
          </w:tcPr>
          <w:p w14:paraId="74443538" w14:textId="32EB338E" w:rsidR="00B91653" w:rsidRPr="0021564F" w:rsidRDefault="00B91653" w:rsidP="00B91653">
            <w:pPr>
              <w:jc w:val="center"/>
              <w:rPr>
                <w:rFonts w:asciiTheme="minorEastAsia" w:eastAsiaTheme="minorEastAsia" w:hAnsiTheme="minorEastAsia"/>
              </w:rPr>
            </w:pPr>
          </w:p>
        </w:tc>
      </w:tr>
      <w:tr w:rsidR="00B91653" w:rsidRPr="0021564F" w14:paraId="61CF2F42" w14:textId="77777777" w:rsidTr="00B91653">
        <w:trPr>
          <w:trHeight w:val="560"/>
          <w:jc w:val="center"/>
        </w:trPr>
        <w:tc>
          <w:tcPr>
            <w:tcW w:w="1701" w:type="dxa"/>
            <w:vAlign w:val="center"/>
          </w:tcPr>
          <w:p w14:paraId="4E6DBD9B" w14:textId="77777777" w:rsidR="00B91653" w:rsidRPr="0021564F" w:rsidRDefault="00B91653" w:rsidP="00B91653">
            <w:pPr>
              <w:jc w:val="center"/>
              <w:rPr>
                <w:rFonts w:asciiTheme="minorEastAsia" w:eastAsiaTheme="minorEastAsia" w:hAnsiTheme="minorEastAsia"/>
              </w:rPr>
            </w:pPr>
          </w:p>
        </w:tc>
        <w:tc>
          <w:tcPr>
            <w:tcW w:w="2551" w:type="dxa"/>
            <w:vAlign w:val="center"/>
          </w:tcPr>
          <w:p w14:paraId="6ED52118" w14:textId="77777777" w:rsidR="00B91653" w:rsidRPr="0021564F" w:rsidRDefault="00B91653" w:rsidP="00B91653">
            <w:pPr>
              <w:jc w:val="center"/>
              <w:rPr>
                <w:rFonts w:asciiTheme="minorEastAsia" w:eastAsiaTheme="minorEastAsia" w:hAnsiTheme="minorEastAsia"/>
              </w:rPr>
            </w:pPr>
          </w:p>
        </w:tc>
        <w:tc>
          <w:tcPr>
            <w:tcW w:w="2552" w:type="dxa"/>
            <w:vAlign w:val="center"/>
          </w:tcPr>
          <w:p w14:paraId="26DC1751" w14:textId="77777777" w:rsidR="00B91653" w:rsidRPr="0021564F" w:rsidRDefault="00B91653" w:rsidP="00B91653">
            <w:pPr>
              <w:jc w:val="center"/>
              <w:rPr>
                <w:rFonts w:asciiTheme="minorEastAsia" w:eastAsiaTheme="minorEastAsia" w:hAnsiTheme="minorEastAsia"/>
              </w:rPr>
            </w:pPr>
          </w:p>
        </w:tc>
        <w:tc>
          <w:tcPr>
            <w:tcW w:w="2268" w:type="dxa"/>
            <w:vAlign w:val="center"/>
          </w:tcPr>
          <w:p w14:paraId="01638418" w14:textId="2FAA9E16" w:rsidR="00B91653" w:rsidRPr="0021564F" w:rsidRDefault="00B91653" w:rsidP="00B91653">
            <w:pPr>
              <w:jc w:val="center"/>
              <w:rPr>
                <w:rFonts w:asciiTheme="minorEastAsia" w:eastAsiaTheme="minorEastAsia" w:hAnsiTheme="minorEastAsia"/>
              </w:rPr>
            </w:pPr>
          </w:p>
        </w:tc>
      </w:tr>
    </w:tbl>
    <w:p w14:paraId="6454ED10" w14:textId="41C80AD0" w:rsidR="00EB63B3" w:rsidRPr="0021564F" w:rsidRDefault="00EB63B3">
      <w:pPr>
        <w:spacing w:before="120"/>
        <w:rPr>
          <w:rFonts w:asciiTheme="minorEastAsia" w:eastAsiaTheme="minorEastAsia" w:hAnsiTheme="minorEastAsia"/>
          <w:lang w:eastAsia="ja-JP"/>
        </w:rPr>
      </w:pPr>
    </w:p>
    <w:sectPr w:rsidR="00EB63B3" w:rsidRPr="0021564F" w:rsidSect="00034616">
      <w:headerReference w:type="default" r:id="rId7"/>
      <w:pgSz w:w="11906" w:h="16838"/>
      <w:pgMar w:top="850" w:right="1134" w:bottom="85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9ABF1" w14:textId="77777777" w:rsidR="0021564F" w:rsidRDefault="0021564F" w:rsidP="0021564F">
      <w:r>
        <w:separator/>
      </w:r>
    </w:p>
  </w:endnote>
  <w:endnote w:type="continuationSeparator" w:id="0">
    <w:p w14:paraId="1F32CB2D" w14:textId="77777777" w:rsidR="0021564F" w:rsidRDefault="0021564F" w:rsidP="00215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Calibri">
    <w:panose1 w:val="020F0502020204030204"/>
    <w:charset w:val="00"/>
    <w:family w:val="swiss"/>
    <w:pitch w:val="variable"/>
    <w:sig w:usb0="E5002EFF" w:usb1="C200ACFF"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F8AF8" w14:textId="77777777" w:rsidR="0021564F" w:rsidRDefault="0021564F" w:rsidP="0021564F">
      <w:r>
        <w:separator/>
      </w:r>
    </w:p>
  </w:footnote>
  <w:footnote w:type="continuationSeparator" w:id="0">
    <w:p w14:paraId="7FAFF976" w14:textId="77777777" w:rsidR="0021564F" w:rsidRDefault="0021564F" w:rsidP="002156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4D9A0" w14:textId="1291EFC8" w:rsidR="0021564F" w:rsidRPr="0021564F" w:rsidRDefault="0021564F" w:rsidP="0021564F">
    <w:pPr>
      <w:pStyle w:val="a5"/>
      <w:jc w:val="right"/>
      <w:rPr>
        <w:rFonts w:asciiTheme="minorEastAsia" w:eastAsiaTheme="minorEastAsia" w:hAnsiTheme="minorEastAsia"/>
      </w:rPr>
    </w:pPr>
    <w:r w:rsidRPr="0021564F">
      <w:rPr>
        <w:rFonts w:asciiTheme="minorEastAsia" w:eastAsiaTheme="minorEastAsia" w:hAnsiTheme="minorEastAsia" w:hint="eastAsia"/>
        <w:lang w:eastAsia="ja-JP"/>
      </w:rPr>
      <w:t>様式</w:t>
    </w:r>
    <w:r w:rsidR="00303410">
      <w:rPr>
        <w:rFonts w:asciiTheme="minorEastAsia" w:eastAsiaTheme="minorEastAsia" w:hAnsiTheme="minorEastAsia" w:hint="eastAsia"/>
        <w:lang w:eastAsia="ja-JP"/>
      </w:rPr>
      <w:t>４</w:t>
    </w:r>
  </w:p>
  <w:p w14:paraId="23C00751" w14:textId="77777777" w:rsidR="0021564F" w:rsidRDefault="0021564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905916996">
    <w:abstractNumId w:val="8"/>
  </w:num>
  <w:num w:numId="2" w16cid:durableId="1897206645">
    <w:abstractNumId w:val="6"/>
  </w:num>
  <w:num w:numId="3" w16cid:durableId="1277132182">
    <w:abstractNumId w:val="5"/>
  </w:num>
  <w:num w:numId="4" w16cid:durableId="1989017875">
    <w:abstractNumId w:val="4"/>
  </w:num>
  <w:num w:numId="5" w16cid:durableId="1509566361">
    <w:abstractNumId w:val="7"/>
  </w:num>
  <w:num w:numId="6" w16cid:durableId="1283457651">
    <w:abstractNumId w:val="3"/>
  </w:num>
  <w:num w:numId="7" w16cid:durableId="1134832926">
    <w:abstractNumId w:val="2"/>
  </w:num>
  <w:num w:numId="8" w16cid:durableId="562302309">
    <w:abstractNumId w:val="1"/>
  </w:num>
  <w:num w:numId="9" w16cid:durableId="8441268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characterSpacingControl w:val="doNotCompress"/>
  <w:hdrShapeDefaults>
    <o:shapedefaults v:ext="edit" spidmax="8193">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553C8"/>
    <w:rsid w:val="0021564F"/>
    <w:rsid w:val="0029639D"/>
    <w:rsid w:val="00303410"/>
    <w:rsid w:val="00326F90"/>
    <w:rsid w:val="005813AF"/>
    <w:rsid w:val="005A361F"/>
    <w:rsid w:val="00673510"/>
    <w:rsid w:val="00AA1D8D"/>
    <w:rsid w:val="00B47730"/>
    <w:rsid w:val="00B91653"/>
    <w:rsid w:val="00BA13C5"/>
    <w:rsid w:val="00C74FC2"/>
    <w:rsid w:val="00CB0664"/>
    <w:rsid w:val="00EB63B3"/>
    <w:rsid w:val="00EC590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v:textbox inset="5.85pt,.7pt,5.85pt,.7pt"/>
    </o:shapedefaults>
    <o:shapelayout v:ext="edit">
      <o:idmap v:ext="edit" data="1"/>
    </o:shapelayout>
  </w:shapeDefaults>
  <w:decimalSymbol w:val="."/>
  <w:listSeparator w:val=","/>
  <w14:docId w14:val="49988368"/>
  <w14:defaultImageDpi w14:val="300"/>
  <w15:docId w15:val="{0E1B37E6-0A19-4E80-9C29-484405A71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Meiryo UI" w:eastAsia="Meiryo UI" w:hAnsi="Meiryo UI"/>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60</Words>
  <Characters>345</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中島 英麿</cp:lastModifiedBy>
  <cp:revision>5</cp:revision>
  <dcterms:created xsi:type="dcterms:W3CDTF">2013-12-23T23:15:00Z</dcterms:created>
  <dcterms:modified xsi:type="dcterms:W3CDTF">2026-10-06T01:21:00Z</dcterms:modified>
  <cp:category/>
</cp:coreProperties>
</file>