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696EB" w14:textId="20D81739" w:rsidR="004472E0" w:rsidRPr="00237B1B" w:rsidRDefault="004472E0">
      <w:pPr>
        <w:rPr>
          <w:rFonts w:asciiTheme="minorEastAsia" w:eastAsiaTheme="minorEastAsia" w:hAnsiTheme="minorEastAsia"/>
        </w:rPr>
      </w:pPr>
    </w:p>
    <w:p w14:paraId="7CA87D13" w14:textId="77777777" w:rsidR="004472E0" w:rsidRDefault="00237B1B">
      <w:pPr>
        <w:jc w:val="right"/>
        <w:rPr>
          <w:rFonts w:asciiTheme="minorEastAsia" w:eastAsiaTheme="minorEastAsia" w:hAnsiTheme="minorEastAsia"/>
          <w:lang w:eastAsia="ja-JP"/>
        </w:rPr>
      </w:pPr>
      <w:proofErr w:type="spellStart"/>
      <w:r w:rsidRPr="00237B1B">
        <w:rPr>
          <w:rFonts w:asciiTheme="minorEastAsia" w:eastAsiaTheme="minorEastAsia" w:hAnsiTheme="minorEastAsia"/>
        </w:rPr>
        <w:t>令和</w:t>
      </w:r>
      <w:proofErr w:type="spellEnd"/>
      <w:r w:rsidRPr="00237B1B">
        <w:rPr>
          <w:rFonts w:asciiTheme="minorEastAsia" w:eastAsiaTheme="minorEastAsia" w:hAnsiTheme="minorEastAsia"/>
        </w:rPr>
        <w:t xml:space="preserve">　　年　　月　　日</w:t>
      </w:r>
    </w:p>
    <w:p w14:paraId="0DF99BAF" w14:textId="77777777" w:rsidR="00237B1B" w:rsidRPr="00237B1B" w:rsidRDefault="00237B1B">
      <w:pPr>
        <w:jc w:val="right"/>
        <w:rPr>
          <w:rFonts w:asciiTheme="minorEastAsia" w:eastAsiaTheme="minorEastAsia" w:hAnsiTheme="minorEastAsia" w:hint="eastAsia"/>
          <w:lang w:eastAsia="ja-JP"/>
        </w:rPr>
      </w:pPr>
    </w:p>
    <w:p w14:paraId="66D33B95" w14:textId="77777777" w:rsidR="004472E0" w:rsidRDefault="00237B1B">
      <w:pPr>
        <w:spacing w:after="200"/>
        <w:rPr>
          <w:rFonts w:asciiTheme="minorEastAsia" w:eastAsiaTheme="minorEastAsia" w:hAnsiTheme="minorEastAsia"/>
          <w:lang w:eastAsia="ja-JP"/>
        </w:rPr>
      </w:pPr>
      <w:r w:rsidRPr="00237B1B">
        <w:rPr>
          <w:rFonts w:asciiTheme="minorEastAsia" w:eastAsiaTheme="minorEastAsia" w:hAnsiTheme="minorEastAsia"/>
          <w:lang w:eastAsia="ja-JP"/>
        </w:rPr>
        <w:t>佐賀市長　様</w:t>
      </w:r>
    </w:p>
    <w:p w14:paraId="283FE890" w14:textId="77777777" w:rsidR="00237B1B" w:rsidRPr="00237B1B" w:rsidRDefault="00237B1B">
      <w:pPr>
        <w:spacing w:after="200"/>
        <w:rPr>
          <w:rFonts w:asciiTheme="minorEastAsia" w:eastAsiaTheme="minorEastAsia" w:hAnsiTheme="minorEastAsia" w:hint="eastAsia"/>
          <w:lang w:eastAsia="ja-JP"/>
        </w:rPr>
      </w:pPr>
    </w:p>
    <w:p w14:paraId="50A1C2BB" w14:textId="77777777" w:rsidR="004472E0" w:rsidRDefault="00237B1B">
      <w:pPr>
        <w:spacing w:after="40"/>
        <w:ind w:left="4422"/>
        <w:rPr>
          <w:rFonts w:asciiTheme="minorEastAsia" w:eastAsiaTheme="minorEastAsia" w:hAnsiTheme="minorEastAsia"/>
          <w:lang w:eastAsia="ja-JP"/>
        </w:rPr>
      </w:pPr>
      <w:r w:rsidRPr="00237B1B">
        <w:rPr>
          <w:rFonts w:asciiTheme="minorEastAsia" w:eastAsiaTheme="minorEastAsia" w:hAnsiTheme="minorEastAsia"/>
          <w:lang w:eastAsia="ja-JP"/>
        </w:rPr>
        <w:t>住所又は所在地</w:t>
      </w:r>
    </w:p>
    <w:p w14:paraId="72CE0E4E" w14:textId="77777777" w:rsidR="00237B1B" w:rsidRPr="00237B1B" w:rsidRDefault="00237B1B">
      <w:pPr>
        <w:spacing w:after="40"/>
        <w:ind w:left="4422"/>
        <w:rPr>
          <w:rFonts w:asciiTheme="minorEastAsia" w:eastAsiaTheme="minorEastAsia" w:hAnsiTheme="minorEastAsia" w:hint="eastAsia"/>
          <w:lang w:eastAsia="ja-JP"/>
        </w:rPr>
      </w:pPr>
    </w:p>
    <w:p w14:paraId="68B86695" w14:textId="77777777" w:rsidR="004472E0" w:rsidRDefault="00237B1B">
      <w:pPr>
        <w:spacing w:after="40"/>
        <w:ind w:left="4422"/>
        <w:rPr>
          <w:rFonts w:asciiTheme="minorEastAsia" w:eastAsiaTheme="minorEastAsia" w:hAnsiTheme="minorEastAsia"/>
          <w:lang w:eastAsia="ja-JP"/>
        </w:rPr>
      </w:pPr>
      <w:r w:rsidRPr="00237B1B">
        <w:rPr>
          <w:rFonts w:asciiTheme="minorEastAsia" w:eastAsiaTheme="minorEastAsia" w:hAnsiTheme="minorEastAsia"/>
          <w:lang w:eastAsia="ja-JP"/>
        </w:rPr>
        <w:t>商号又は名称</w:t>
      </w:r>
    </w:p>
    <w:p w14:paraId="265A12BA" w14:textId="77777777" w:rsidR="00237B1B" w:rsidRPr="00237B1B" w:rsidRDefault="00237B1B">
      <w:pPr>
        <w:spacing w:after="40"/>
        <w:ind w:left="4422"/>
        <w:rPr>
          <w:rFonts w:asciiTheme="minorEastAsia" w:eastAsiaTheme="minorEastAsia" w:hAnsiTheme="minorEastAsia" w:hint="eastAsia"/>
          <w:lang w:eastAsia="ja-JP"/>
        </w:rPr>
      </w:pPr>
    </w:p>
    <w:p w14:paraId="05445C7E" w14:textId="0B08BB4B" w:rsidR="004472E0" w:rsidRDefault="00237B1B">
      <w:pPr>
        <w:spacing w:after="40"/>
        <w:ind w:left="4422"/>
        <w:rPr>
          <w:rFonts w:asciiTheme="minorEastAsia" w:eastAsiaTheme="minorEastAsia" w:hAnsiTheme="minorEastAsia"/>
          <w:lang w:eastAsia="ja-JP"/>
        </w:rPr>
      </w:pPr>
      <w:r w:rsidRPr="00237B1B">
        <w:rPr>
          <w:rFonts w:asciiTheme="minorEastAsia" w:eastAsiaTheme="minorEastAsia" w:hAnsiTheme="minorEastAsia"/>
          <w:lang w:eastAsia="ja-JP"/>
        </w:rPr>
        <w:t>代表者職氏名</w:t>
      </w:r>
      <w:r w:rsidRPr="00237B1B">
        <w:rPr>
          <w:rFonts w:asciiTheme="minorEastAsia" w:eastAsiaTheme="minorEastAsia" w:hAnsiTheme="minorEastAsia"/>
          <w:lang w:eastAsia="ja-JP"/>
        </w:rPr>
        <w:t xml:space="preserve">　　　　　　　　　　　　　　印</w:t>
      </w:r>
    </w:p>
    <w:p w14:paraId="23F6D044" w14:textId="77777777" w:rsidR="00237B1B" w:rsidRDefault="00237B1B">
      <w:pPr>
        <w:spacing w:after="40"/>
        <w:ind w:left="4422"/>
        <w:rPr>
          <w:rFonts w:asciiTheme="minorEastAsia" w:eastAsiaTheme="minorEastAsia" w:hAnsiTheme="minorEastAsia"/>
          <w:lang w:eastAsia="ja-JP"/>
        </w:rPr>
      </w:pPr>
    </w:p>
    <w:p w14:paraId="7ED1E0A5" w14:textId="77777777" w:rsidR="00237B1B" w:rsidRPr="00237B1B" w:rsidRDefault="00237B1B">
      <w:pPr>
        <w:spacing w:after="40"/>
        <w:ind w:left="4422"/>
        <w:rPr>
          <w:rFonts w:asciiTheme="minorEastAsia" w:eastAsiaTheme="minorEastAsia" w:hAnsiTheme="minorEastAsia" w:hint="eastAsia"/>
          <w:lang w:eastAsia="ja-JP"/>
        </w:rPr>
      </w:pPr>
    </w:p>
    <w:p w14:paraId="73D914AE" w14:textId="77777777" w:rsidR="00237B1B" w:rsidRDefault="00237B1B" w:rsidP="00237B1B">
      <w:pPr>
        <w:spacing w:before="280" w:after="280"/>
        <w:jc w:val="center"/>
        <w:rPr>
          <w:rFonts w:asciiTheme="minorEastAsia" w:eastAsiaTheme="minorEastAsia" w:hAnsiTheme="minorEastAsia"/>
          <w:lang w:eastAsia="ja-JP"/>
        </w:rPr>
      </w:pPr>
      <w:r w:rsidRPr="00237B1B">
        <w:rPr>
          <w:rFonts w:asciiTheme="minorEastAsia" w:eastAsiaTheme="minorEastAsia" w:hAnsiTheme="minorEastAsia"/>
          <w:sz w:val="36"/>
          <w:lang w:eastAsia="ja-JP"/>
        </w:rPr>
        <w:t>誓　約　書</w:t>
      </w:r>
    </w:p>
    <w:p w14:paraId="62153F23" w14:textId="0CA6E9E7" w:rsidR="004472E0" w:rsidRPr="00237B1B" w:rsidRDefault="00237B1B" w:rsidP="00237B1B">
      <w:pPr>
        <w:spacing w:before="280" w:after="280"/>
        <w:ind w:left="440" w:hangingChars="200" w:hanging="440"/>
        <w:rPr>
          <w:rFonts w:asciiTheme="minorEastAsia" w:eastAsiaTheme="minorEastAsia" w:hAnsiTheme="minorEastAsia"/>
          <w:lang w:eastAsia="ja-JP"/>
        </w:rPr>
      </w:pPr>
      <w:r>
        <w:rPr>
          <w:rFonts w:asciiTheme="minorEastAsia" w:eastAsiaTheme="minorEastAsia" w:hAnsiTheme="minorEastAsia" w:hint="eastAsia"/>
          <w:lang w:eastAsia="ja-JP"/>
        </w:rPr>
        <w:t xml:space="preserve">　　　</w:t>
      </w:r>
      <w:r w:rsidRPr="00237B1B">
        <w:rPr>
          <w:rFonts w:asciiTheme="minorEastAsia" w:eastAsiaTheme="minorEastAsia" w:hAnsiTheme="minorEastAsia"/>
          <w:lang w:eastAsia="ja-JP"/>
        </w:rPr>
        <w:t>「佐賀市役所本庁舎コンビニエンスストア運営事業者募集要項」に基づき、本公募</w:t>
      </w:r>
      <w:r w:rsidRPr="00237B1B">
        <w:rPr>
          <w:rFonts w:asciiTheme="minorEastAsia" w:eastAsiaTheme="minorEastAsia" w:hAnsiTheme="minorEastAsia"/>
          <w:lang w:eastAsia="ja-JP"/>
        </w:rPr>
        <w:t>に</w:t>
      </w:r>
      <w:r w:rsidRPr="00237B1B">
        <w:rPr>
          <w:rFonts w:asciiTheme="minorEastAsia" w:eastAsiaTheme="minorEastAsia" w:hAnsiTheme="minorEastAsia"/>
          <w:lang w:eastAsia="ja-JP"/>
        </w:rPr>
        <w:t>参加するに当たり、次の事項を誓約します。</w:t>
      </w:r>
    </w:p>
    <w:p w14:paraId="64241F71" w14:textId="77777777" w:rsidR="004472E0" w:rsidRPr="00237B1B" w:rsidRDefault="00237B1B">
      <w:pPr>
        <w:spacing w:after="80"/>
        <w:ind w:left="227" w:hanging="227"/>
        <w:rPr>
          <w:rFonts w:asciiTheme="minorEastAsia" w:eastAsiaTheme="minorEastAsia" w:hAnsiTheme="minorEastAsia"/>
          <w:lang w:eastAsia="ja-JP"/>
        </w:rPr>
      </w:pPr>
      <w:r w:rsidRPr="00237B1B">
        <w:rPr>
          <w:rFonts w:asciiTheme="minorEastAsia" w:eastAsiaTheme="minorEastAsia" w:hAnsiTheme="minorEastAsia"/>
          <w:lang w:eastAsia="ja-JP"/>
        </w:rPr>
        <w:t>１　募集要項に定める参加資格要件をすべて満たしていること。</w:t>
      </w:r>
    </w:p>
    <w:p w14:paraId="58D72A4F" w14:textId="77777777" w:rsidR="004472E0" w:rsidRPr="00237B1B" w:rsidRDefault="00237B1B">
      <w:pPr>
        <w:spacing w:after="80"/>
        <w:ind w:left="227" w:hanging="227"/>
        <w:rPr>
          <w:rFonts w:asciiTheme="minorEastAsia" w:eastAsiaTheme="minorEastAsia" w:hAnsiTheme="minorEastAsia"/>
          <w:lang w:eastAsia="ja-JP"/>
        </w:rPr>
      </w:pPr>
      <w:r w:rsidRPr="00237B1B">
        <w:rPr>
          <w:rFonts w:asciiTheme="minorEastAsia" w:eastAsiaTheme="minorEastAsia" w:hAnsiTheme="minorEastAsia"/>
          <w:lang w:eastAsia="ja-JP"/>
        </w:rPr>
        <w:t>２　参加申込書その他の提出書類に記載した事項は、事実と相違ないこと。</w:t>
      </w:r>
    </w:p>
    <w:p w14:paraId="517F06FE" w14:textId="77777777" w:rsidR="004472E0" w:rsidRPr="00237B1B" w:rsidRDefault="00237B1B">
      <w:pPr>
        <w:spacing w:after="80"/>
        <w:ind w:left="227" w:hanging="227"/>
        <w:rPr>
          <w:rFonts w:asciiTheme="minorEastAsia" w:eastAsiaTheme="minorEastAsia" w:hAnsiTheme="minorEastAsia"/>
          <w:lang w:eastAsia="ja-JP"/>
        </w:rPr>
      </w:pPr>
      <w:r w:rsidRPr="00237B1B">
        <w:rPr>
          <w:rFonts w:asciiTheme="minorEastAsia" w:eastAsiaTheme="minorEastAsia" w:hAnsiTheme="minorEastAsia"/>
          <w:lang w:eastAsia="ja-JP"/>
        </w:rPr>
        <w:t>３　参加資格要件の確認のため、市が関係官公庁等に照会することに異議がないこと。</w:t>
      </w:r>
    </w:p>
    <w:p w14:paraId="113C2680" w14:textId="77777777" w:rsidR="004472E0" w:rsidRPr="00237B1B" w:rsidRDefault="00237B1B">
      <w:pPr>
        <w:spacing w:after="80"/>
        <w:ind w:left="227" w:hanging="227"/>
        <w:rPr>
          <w:rFonts w:asciiTheme="minorEastAsia" w:eastAsiaTheme="minorEastAsia" w:hAnsiTheme="minorEastAsia"/>
          <w:lang w:eastAsia="ja-JP"/>
        </w:rPr>
      </w:pPr>
      <w:r w:rsidRPr="00237B1B">
        <w:rPr>
          <w:rFonts w:asciiTheme="minorEastAsia" w:eastAsiaTheme="minorEastAsia" w:hAnsiTheme="minorEastAsia"/>
          <w:lang w:eastAsia="ja-JP"/>
        </w:rPr>
        <w:t>４　暴力団排除に関する参加資格要件の確認のため、市が必要に応じて佐賀県警察本部又は所轄警察署に照会することを承諾すること。</w:t>
      </w:r>
    </w:p>
    <w:p w14:paraId="4B9DC960" w14:textId="77777777" w:rsidR="004472E0" w:rsidRPr="00237B1B" w:rsidRDefault="00237B1B">
      <w:pPr>
        <w:spacing w:after="80"/>
        <w:ind w:left="227" w:hanging="227"/>
        <w:rPr>
          <w:rFonts w:asciiTheme="minorEastAsia" w:eastAsiaTheme="minorEastAsia" w:hAnsiTheme="minorEastAsia"/>
          <w:lang w:eastAsia="ja-JP"/>
        </w:rPr>
      </w:pPr>
      <w:r w:rsidRPr="00237B1B">
        <w:rPr>
          <w:rFonts w:asciiTheme="minorEastAsia" w:eastAsiaTheme="minorEastAsia" w:hAnsiTheme="minorEastAsia"/>
          <w:lang w:eastAsia="ja-JP"/>
        </w:rPr>
        <w:t>５　前号の照会に必要な情報として役員等名簿を提出し、市から追加資料の提出その他必要な協力を求められた場合は、これに応じること。</w:t>
      </w:r>
    </w:p>
    <w:p w14:paraId="22923CB5" w14:textId="77777777" w:rsidR="00237B1B" w:rsidRDefault="00237B1B">
      <w:pPr>
        <w:spacing w:before="80"/>
        <w:ind w:firstLine="454"/>
        <w:rPr>
          <w:rFonts w:asciiTheme="minorEastAsia" w:eastAsiaTheme="minorEastAsia" w:hAnsiTheme="minorEastAsia"/>
          <w:lang w:eastAsia="ja-JP"/>
        </w:rPr>
      </w:pPr>
      <w:r w:rsidRPr="00237B1B">
        <w:rPr>
          <w:rFonts w:asciiTheme="minorEastAsia" w:eastAsiaTheme="minorEastAsia" w:hAnsiTheme="minorEastAsia"/>
          <w:lang w:eastAsia="ja-JP"/>
        </w:rPr>
        <w:t>なお、上記誓約事項に反する事実が判明した場合は、参加資格又は運営事業者の決定を</w:t>
      </w:r>
    </w:p>
    <w:p w14:paraId="7F434FA6" w14:textId="5E73FBDD" w:rsidR="004472E0" w:rsidRPr="00237B1B" w:rsidRDefault="00237B1B" w:rsidP="00237B1B">
      <w:pPr>
        <w:spacing w:before="80"/>
        <w:ind w:firstLineChars="100" w:firstLine="220"/>
        <w:rPr>
          <w:rFonts w:asciiTheme="minorEastAsia" w:eastAsiaTheme="minorEastAsia" w:hAnsiTheme="minorEastAsia"/>
          <w:lang w:eastAsia="ja-JP"/>
        </w:rPr>
      </w:pPr>
      <w:r w:rsidRPr="00237B1B">
        <w:rPr>
          <w:rFonts w:asciiTheme="minorEastAsia" w:eastAsiaTheme="minorEastAsia" w:hAnsiTheme="minorEastAsia"/>
          <w:lang w:eastAsia="ja-JP"/>
        </w:rPr>
        <w:t>取り消されることがあることを了承します。</w:t>
      </w:r>
    </w:p>
    <w:sectPr w:rsidR="004472E0" w:rsidRPr="00237B1B" w:rsidSect="00034616">
      <w:headerReference w:type="default" r:id="rId7"/>
      <w:pgSz w:w="11906" w:h="16838"/>
      <w:pgMar w:top="1587" w:right="1417" w:bottom="1361"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FCB59" w14:textId="77777777" w:rsidR="00237B1B" w:rsidRDefault="00237B1B" w:rsidP="00237B1B">
      <w:r>
        <w:separator/>
      </w:r>
    </w:p>
  </w:endnote>
  <w:endnote w:type="continuationSeparator" w:id="0">
    <w:p w14:paraId="0B216511" w14:textId="77777777" w:rsidR="00237B1B" w:rsidRDefault="00237B1B" w:rsidP="00237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Calibri">
    <w:panose1 w:val="020F0502020204030204"/>
    <w:charset w:val="00"/>
    <w:family w:val="swiss"/>
    <w:pitch w:val="variable"/>
    <w:sig w:usb0="E5002EFF" w:usb1="C200ACFF"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93039" w14:textId="77777777" w:rsidR="00237B1B" w:rsidRDefault="00237B1B" w:rsidP="00237B1B">
      <w:r>
        <w:separator/>
      </w:r>
    </w:p>
  </w:footnote>
  <w:footnote w:type="continuationSeparator" w:id="0">
    <w:p w14:paraId="20EA10BC" w14:textId="77777777" w:rsidR="00237B1B" w:rsidRDefault="00237B1B" w:rsidP="00237B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231EE" w14:textId="72A39B07" w:rsidR="00237B1B" w:rsidRDefault="00237B1B" w:rsidP="00237B1B">
    <w:pPr>
      <w:pStyle w:val="a5"/>
      <w:jc w:val="right"/>
    </w:pPr>
    <w:r w:rsidRPr="00237B1B">
      <w:rPr>
        <w:rFonts w:asciiTheme="minorEastAsia" w:eastAsiaTheme="minorEastAsia" w:hAnsiTheme="minorEastAsia"/>
      </w:rPr>
      <w:t>様式第３号</w:t>
    </w:r>
  </w:p>
  <w:p w14:paraId="3FCB69F2" w14:textId="77777777" w:rsidR="00237B1B" w:rsidRDefault="00237B1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795803919">
    <w:abstractNumId w:val="8"/>
  </w:num>
  <w:num w:numId="2" w16cid:durableId="1846751156">
    <w:abstractNumId w:val="6"/>
  </w:num>
  <w:num w:numId="3" w16cid:durableId="265888865">
    <w:abstractNumId w:val="5"/>
  </w:num>
  <w:num w:numId="4" w16cid:durableId="1024132955">
    <w:abstractNumId w:val="4"/>
  </w:num>
  <w:num w:numId="5" w16cid:durableId="1740902765">
    <w:abstractNumId w:val="7"/>
  </w:num>
  <w:num w:numId="6" w16cid:durableId="1276671483">
    <w:abstractNumId w:val="3"/>
  </w:num>
  <w:num w:numId="7" w16cid:durableId="1795560421">
    <w:abstractNumId w:val="2"/>
  </w:num>
  <w:num w:numId="8" w16cid:durableId="94978673">
    <w:abstractNumId w:val="1"/>
  </w:num>
  <w:num w:numId="9" w16cid:durableId="957419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553C8"/>
    <w:rsid w:val="00237B1B"/>
    <w:rsid w:val="0029639D"/>
    <w:rsid w:val="00326F90"/>
    <w:rsid w:val="004472E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0646B3F9"/>
  <w14:defaultImageDpi w14:val="300"/>
  <w15:docId w15:val="{0E1B37E6-0A19-4E80-9C29-484405A71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Meiryo UI" w:eastAsia="Meiryo UI" w:hAnsi="Meiryo UI"/>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63</Words>
  <Characters>360</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伊達 有彩</cp:lastModifiedBy>
  <cp:revision>2</cp:revision>
  <dcterms:created xsi:type="dcterms:W3CDTF">2013-12-23T23:15:00Z</dcterms:created>
  <dcterms:modified xsi:type="dcterms:W3CDTF">2026-09-09T07:21:00Z</dcterms:modified>
  <cp:category/>
</cp:coreProperties>
</file>