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1C6C5" w14:textId="3610959D" w:rsidR="0077087C" w:rsidRPr="0077087C" w:rsidRDefault="0077087C" w:rsidP="0077087C">
      <w:pPr>
        <w:spacing w:after="0" w:line="240" w:lineRule="auto"/>
        <w:ind w:firstLineChars="100" w:firstLine="220"/>
        <w:jc w:val="center"/>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佐賀市食育推進</w:t>
      </w:r>
      <w:r>
        <w:rPr>
          <w:rFonts w:ascii="HG丸ｺﾞｼｯｸM-PRO" w:eastAsia="HG丸ｺﾞｼｯｸM-PRO" w:hAnsi="HG丸ｺﾞｼｯｸM-PRO" w:hint="eastAsia"/>
          <w:sz w:val="22"/>
          <w:lang w:eastAsia="ja-JP"/>
        </w:rPr>
        <w:t>協議会</w:t>
      </w:r>
      <w:r w:rsidRPr="0077087C">
        <w:rPr>
          <w:rFonts w:ascii="HG丸ｺﾞｼｯｸM-PRO" w:eastAsia="HG丸ｺﾞｼｯｸM-PRO" w:hAnsi="HG丸ｺﾞｼｯｸM-PRO" w:hint="eastAsia"/>
          <w:sz w:val="22"/>
          <w:lang w:eastAsia="ja-JP"/>
        </w:rPr>
        <w:t>の会議結果について</w:t>
      </w:r>
    </w:p>
    <w:p w14:paraId="1BD33761"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1100467A" w14:textId="46BEF620" w:rsidR="0077087C" w:rsidRPr="0077087C" w:rsidRDefault="0077087C" w:rsidP="0077087C">
      <w:pPr>
        <w:spacing w:after="0" w:line="240" w:lineRule="auto"/>
        <w:ind w:firstLineChars="100" w:firstLine="220"/>
        <w:jc w:val="center"/>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令和８年７</w:t>
      </w:r>
      <w:r>
        <w:rPr>
          <w:rFonts w:ascii="HG丸ｺﾞｼｯｸM-PRO" w:eastAsia="HG丸ｺﾞｼｯｸM-PRO" w:hAnsi="HG丸ｺﾞｼｯｸM-PRO" w:hint="eastAsia"/>
          <w:sz w:val="22"/>
          <w:lang w:eastAsia="ja-JP"/>
        </w:rPr>
        <w:t>月２４</w:t>
      </w:r>
      <w:r w:rsidRPr="0077087C">
        <w:rPr>
          <w:rFonts w:ascii="HG丸ｺﾞｼｯｸM-PRO" w:eastAsia="HG丸ｺﾞｼｯｸM-PRO" w:hAnsi="HG丸ｺﾞｼｯｸM-PRO" w:hint="eastAsia"/>
          <w:sz w:val="22"/>
          <w:lang w:eastAsia="ja-JP"/>
        </w:rPr>
        <w:t>日に開催しました会議の概要は下記のとおりです。</w:t>
      </w:r>
    </w:p>
    <w:p w14:paraId="529C7FAD" w14:textId="77777777" w:rsidR="0077087C" w:rsidRPr="0077087C" w:rsidRDefault="0077087C" w:rsidP="0077087C">
      <w:pPr>
        <w:spacing w:after="0" w:line="240" w:lineRule="auto"/>
        <w:ind w:firstLineChars="100" w:firstLine="220"/>
        <w:jc w:val="center"/>
        <w:rPr>
          <w:rFonts w:ascii="HG丸ｺﾞｼｯｸM-PRO" w:eastAsia="HG丸ｺﾞｼｯｸM-PRO" w:hAnsi="HG丸ｺﾞｼｯｸM-PRO"/>
          <w:sz w:val="22"/>
          <w:lang w:eastAsia="ja-JP"/>
        </w:rPr>
      </w:pPr>
    </w:p>
    <w:p w14:paraId="58DAE304" w14:textId="77777777" w:rsidR="0077087C" w:rsidRPr="0077087C" w:rsidRDefault="0077087C" w:rsidP="0077087C">
      <w:pPr>
        <w:spacing w:after="0" w:line="240" w:lineRule="auto"/>
        <w:ind w:firstLineChars="100" w:firstLine="220"/>
        <w:jc w:val="center"/>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記</w:t>
      </w:r>
    </w:p>
    <w:p w14:paraId="6044021E"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2C1227CB"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sidRPr="0077087C">
        <w:rPr>
          <w:rFonts w:ascii="HG丸ｺﾞｼｯｸM-PRO" w:eastAsia="HG丸ｺﾞｼｯｸM-PRO" w:hAnsi="HG丸ｺﾞｼｯｸM-PRO"/>
          <w:sz w:val="22"/>
          <w:lang w:eastAsia="ja-JP"/>
        </w:rPr>
        <w:t xml:space="preserve">  開催日時</w:t>
      </w:r>
    </w:p>
    <w:p w14:paraId="4F8D69FE" w14:textId="32C8D9D9" w:rsidR="0077087C" w:rsidRP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令和８年７月</w:t>
      </w:r>
      <w:r>
        <w:rPr>
          <w:rFonts w:ascii="HG丸ｺﾞｼｯｸM-PRO" w:eastAsia="HG丸ｺﾞｼｯｸM-PRO" w:hAnsi="HG丸ｺﾞｼｯｸM-PRO" w:hint="eastAsia"/>
          <w:sz w:val="22"/>
          <w:lang w:eastAsia="ja-JP"/>
        </w:rPr>
        <w:t>２４</w:t>
      </w:r>
      <w:r w:rsidRPr="0077087C">
        <w:rPr>
          <w:rFonts w:ascii="HG丸ｺﾞｼｯｸM-PRO" w:eastAsia="HG丸ｺﾞｼｯｸM-PRO" w:hAnsi="HG丸ｺﾞｼｯｸM-PRO" w:hint="eastAsia"/>
          <w:sz w:val="22"/>
          <w:lang w:eastAsia="ja-JP"/>
        </w:rPr>
        <w:t>日（</w:t>
      </w:r>
      <w:r>
        <w:rPr>
          <w:rFonts w:ascii="HG丸ｺﾞｼｯｸM-PRO" w:eastAsia="HG丸ｺﾞｼｯｸM-PRO" w:hAnsi="HG丸ｺﾞｼｯｸM-PRO" w:hint="eastAsia"/>
          <w:sz w:val="22"/>
          <w:lang w:eastAsia="ja-JP"/>
        </w:rPr>
        <w:t>金</w:t>
      </w:r>
      <w:r w:rsidRPr="0077087C">
        <w:rPr>
          <w:rFonts w:ascii="HG丸ｺﾞｼｯｸM-PRO" w:eastAsia="HG丸ｺﾞｼｯｸM-PRO" w:hAnsi="HG丸ｺﾞｼｯｸM-PRO" w:hint="eastAsia"/>
          <w:sz w:val="22"/>
          <w:lang w:eastAsia="ja-JP"/>
        </w:rPr>
        <w:t>）１４時００分　～　１５時３０分</w:t>
      </w:r>
    </w:p>
    <w:p w14:paraId="7F28078B"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3DB64A45"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sidRPr="0077087C">
        <w:rPr>
          <w:rFonts w:ascii="HG丸ｺﾞｼｯｸM-PRO" w:eastAsia="HG丸ｺﾞｼｯｸM-PRO" w:hAnsi="HG丸ｺﾞｼｯｸM-PRO"/>
          <w:sz w:val="22"/>
          <w:lang w:eastAsia="ja-JP"/>
        </w:rPr>
        <w:t xml:space="preserve">  開催場所</w:t>
      </w:r>
    </w:p>
    <w:p w14:paraId="154C0CC4" w14:textId="77777777" w:rsidR="0077087C" w:rsidRP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佐賀市保健福祉会館　１階　きらきら学習室</w:t>
      </w:r>
    </w:p>
    <w:p w14:paraId="21926A8F"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090EC200"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sidRPr="0077087C">
        <w:rPr>
          <w:rFonts w:ascii="HG丸ｺﾞｼｯｸM-PRO" w:eastAsia="HG丸ｺﾞｼｯｸM-PRO" w:hAnsi="HG丸ｺﾞｼｯｸM-PRO"/>
          <w:sz w:val="22"/>
          <w:lang w:eastAsia="ja-JP"/>
        </w:rPr>
        <w:t xml:space="preserve">  出席者</w:t>
      </w:r>
    </w:p>
    <w:p w14:paraId="16352982" w14:textId="6E94368C"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◎出席</w:t>
      </w:r>
      <w:r w:rsidR="00BA55E3">
        <w:rPr>
          <w:rFonts w:ascii="HG丸ｺﾞｼｯｸM-PRO" w:eastAsia="HG丸ｺﾞｼｯｸM-PRO" w:hAnsi="HG丸ｺﾞｼｯｸM-PRO" w:hint="eastAsia"/>
          <w:sz w:val="22"/>
          <w:lang w:eastAsia="ja-JP"/>
        </w:rPr>
        <w:t>者名</w:t>
      </w:r>
      <w:r w:rsidRPr="0077087C">
        <w:rPr>
          <w:rFonts w:ascii="HG丸ｺﾞｼｯｸM-PRO" w:eastAsia="HG丸ｺﾞｼｯｸM-PRO" w:hAnsi="HG丸ｺﾞｼｯｸM-PRO" w:hint="eastAsia"/>
          <w:sz w:val="22"/>
          <w:lang w:eastAsia="ja-JP"/>
        </w:rPr>
        <w:t>（敬称略、五十音順）</w:t>
      </w:r>
    </w:p>
    <w:p w14:paraId="108619DA" w14:textId="11FE95B1" w:rsidR="0077087C" w:rsidRPr="0077087C" w:rsidRDefault="007C4835" w:rsidP="00BA55E3">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池田龍二</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外戸口綾子</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澤野香代子</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田中賢一</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原田洋子</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福田崇春</w:t>
      </w:r>
      <w:r w:rsidR="0077087C" w:rsidRPr="0077087C">
        <w:rPr>
          <w:rFonts w:ascii="HG丸ｺﾞｼｯｸM-PRO" w:eastAsia="HG丸ｺﾞｼｯｸM-PRO" w:hAnsi="HG丸ｺﾞｼｯｸM-PRO" w:hint="eastAsia"/>
          <w:sz w:val="22"/>
          <w:lang w:eastAsia="ja-JP"/>
        </w:rPr>
        <w:t>、</w:t>
      </w:r>
      <w:r w:rsidR="004A29EE" w:rsidRPr="004A29EE">
        <w:rPr>
          <w:rFonts w:ascii="HG丸ｺﾞｼｯｸM-PRO" w:eastAsia="HG丸ｺﾞｼｯｸM-PRO" w:hAnsi="HG丸ｺﾞｼｯｸM-PRO" w:hint="eastAsia"/>
          <w:sz w:val="22"/>
          <w:lang w:eastAsia="ja-JP"/>
        </w:rPr>
        <w:t>松信裕子</w:t>
      </w:r>
      <w:r w:rsidR="0077087C" w:rsidRPr="0077087C">
        <w:rPr>
          <w:rFonts w:ascii="HG丸ｺﾞｼｯｸM-PRO" w:eastAsia="HG丸ｺﾞｼｯｸM-PRO" w:hAnsi="HG丸ｺﾞｼｯｸM-PRO" w:hint="eastAsia"/>
          <w:sz w:val="22"/>
          <w:lang w:eastAsia="ja-JP"/>
        </w:rPr>
        <w:t>、</w:t>
      </w:r>
    </w:p>
    <w:p w14:paraId="6E23F31D" w14:textId="35891160" w:rsidR="007C4835" w:rsidRDefault="004A29EE"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4A29EE">
        <w:rPr>
          <w:rFonts w:ascii="HG丸ｺﾞｼｯｸM-PRO" w:eastAsia="HG丸ｺﾞｼｯｸM-PRO" w:hAnsi="HG丸ｺﾞｼｯｸM-PRO" w:hint="eastAsia"/>
          <w:sz w:val="22"/>
          <w:lang w:eastAsia="ja-JP"/>
        </w:rPr>
        <w:t>山口勝也</w:t>
      </w:r>
      <w:r w:rsidR="0077087C" w:rsidRPr="0077087C">
        <w:rPr>
          <w:rFonts w:ascii="HG丸ｺﾞｼｯｸM-PRO" w:eastAsia="HG丸ｺﾞｼｯｸM-PRO" w:hAnsi="HG丸ｺﾞｼｯｸM-PRO" w:hint="eastAsia"/>
          <w:sz w:val="22"/>
          <w:lang w:eastAsia="ja-JP"/>
        </w:rPr>
        <w:t>、</w:t>
      </w:r>
      <w:r w:rsidRPr="004A29EE">
        <w:rPr>
          <w:rFonts w:ascii="HG丸ｺﾞｼｯｸM-PRO" w:eastAsia="HG丸ｺﾞｼｯｸM-PRO" w:hAnsi="HG丸ｺﾞｼｯｸM-PRO" w:hint="eastAsia"/>
          <w:sz w:val="22"/>
          <w:lang w:eastAsia="ja-JP"/>
        </w:rPr>
        <w:t>山口由美子</w:t>
      </w:r>
    </w:p>
    <w:p w14:paraId="665D1774" w14:textId="77777777" w:rsidR="004A29EE" w:rsidRPr="004A29EE" w:rsidRDefault="004A29EE" w:rsidP="0077087C">
      <w:pPr>
        <w:spacing w:after="0" w:line="240" w:lineRule="auto"/>
        <w:ind w:firstLineChars="100" w:firstLine="220"/>
        <w:rPr>
          <w:rFonts w:ascii="HG丸ｺﾞｼｯｸM-PRO" w:eastAsia="HG丸ｺﾞｼｯｸM-PRO" w:hAnsi="HG丸ｺﾞｼｯｸM-PRO"/>
          <w:sz w:val="22"/>
          <w:lang w:eastAsia="ja-JP"/>
        </w:rPr>
      </w:pPr>
    </w:p>
    <w:p w14:paraId="557FD43C"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◎事務局</w:t>
      </w:r>
    </w:p>
    <w:p w14:paraId="5FBCCCE8" w14:textId="45D07B68" w:rsidR="0077087C" w:rsidRP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bookmarkStart w:id="0" w:name="_Hlk239413018"/>
      <w:r w:rsidRPr="0077087C">
        <w:rPr>
          <w:rFonts w:ascii="HG丸ｺﾞｼｯｸM-PRO" w:eastAsia="HG丸ｺﾞｼｯｸM-PRO" w:hAnsi="HG丸ｺﾞｼｯｸM-PRO" w:hint="eastAsia"/>
          <w:sz w:val="22"/>
          <w:lang w:eastAsia="ja-JP"/>
        </w:rPr>
        <w:t>諸永健康づくり課長、山本健康推進係長、納江政策主査、内田技師、百崎主事</w:t>
      </w:r>
    </w:p>
    <w:bookmarkEnd w:id="0"/>
    <w:p w14:paraId="690DD0F9"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5216C17D"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sidRPr="0077087C">
        <w:rPr>
          <w:rFonts w:ascii="HG丸ｺﾞｼｯｸM-PRO" w:eastAsia="HG丸ｺﾞｼｯｸM-PRO" w:hAnsi="HG丸ｺﾞｼｯｸM-PRO"/>
          <w:sz w:val="22"/>
          <w:lang w:eastAsia="ja-JP"/>
        </w:rPr>
        <w:t xml:space="preserve">  傍聴者</w:t>
      </w:r>
    </w:p>
    <w:p w14:paraId="4E09BADE" w14:textId="77777777" w:rsidR="0077087C" w:rsidRP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なし</w:t>
      </w:r>
    </w:p>
    <w:p w14:paraId="6652A40C"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0B6C528E"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sidRPr="0077087C">
        <w:rPr>
          <w:rFonts w:ascii="HG丸ｺﾞｼｯｸM-PRO" w:eastAsia="HG丸ｺﾞｼｯｸM-PRO" w:hAnsi="HG丸ｺﾞｼｯｸM-PRO"/>
          <w:sz w:val="22"/>
          <w:lang w:eastAsia="ja-JP"/>
        </w:rPr>
        <w:t xml:space="preserve">  議事要旨</w:t>
      </w:r>
    </w:p>
    <w:p w14:paraId="28AD087F" w14:textId="5779DA75"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（１）開会</w:t>
      </w:r>
    </w:p>
    <w:p w14:paraId="112BC243"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56C83AD0" w14:textId="45E87C21"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Pr>
          <w:rFonts w:ascii="HG丸ｺﾞｼｯｸM-PRO" w:eastAsia="HG丸ｺﾞｼｯｸM-PRO" w:hAnsi="HG丸ｺﾞｼｯｸM-PRO" w:hint="eastAsia"/>
          <w:sz w:val="22"/>
          <w:lang w:eastAsia="ja-JP"/>
        </w:rPr>
        <w:t>２</w:t>
      </w:r>
      <w:r w:rsidRPr="0077087C">
        <w:rPr>
          <w:rFonts w:ascii="HG丸ｺﾞｼｯｸM-PRO" w:eastAsia="HG丸ｺﾞｼｯｸM-PRO" w:hAnsi="HG丸ｺﾞｼｯｸM-PRO" w:hint="eastAsia"/>
          <w:sz w:val="22"/>
          <w:lang w:eastAsia="ja-JP"/>
        </w:rPr>
        <w:t>）</w:t>
      </w:r>
      <w:r>
        <w:rPr>
          <w:rFonts w:ascii="HG丸ｺﾞｼｯｸM-PRO" w:eastAsia="HG丸ｺﾞｼｯｸM-PRO" w:hAnsi="HG丸ｺﾞｼｯｸM-PRO" w:hint="eastAsia"/>
          <w:sz w:val="22"/>
          <w:lang w:eastAsia="ja-JP"/>
        </w:rPr>
        <w:t>健康づくり課長</w:t>
      </w:r>
      <w:r w:rsidRPr="0077087C">
        <w:rPr>
          <w:rFonts w:ascii="HG丸ｺﾞｼｯｸM-PRO" w:eastAsia="HG丸ｺﾞｼｯｸM-PRO" w:hAnsi="HG丸ｺﾞｼｯｸM-PRO" w:hint="eastAsia"/>
          <w:sz w:val="22"/>
          <w:lang w:eastAsia="ja-JP"/>
        </w:rPr>
        <w:t>あいさつ</w:t>
      </w:r>
    </w:p>
    <w:p w14:paraId="5A85196C"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p>
    <w:p w14:paraId="0EBD91C1" w14:textId="1D065248"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Pr>
          <w:rFonts w:ascii="HG丸ｺﾞｼｯｸM-PRO" w:eastAsia="HG丸ｺﾞｼｯｸM-PRO" w:hAnsi="HG丸ｺﾞｼｯｸM-PRO" w:hint="eastAsia"/>
          <w:sz w:val="22"/>
          <w:lang w:eastAsia="ja-JP"/>
        </w:rPr>
        <w:t>３</w:t>
      </w:r>
      <w:r w:rsidRPr="0077087C">
        <w:rPr>
          <w:rFonts w:ascii="HG丸ｺﾞｼｯｸM-PRO" w:eastAsia="HG丸ｺﾞｼｯｸM-PRO" w:hAnsi="HG丸ｺﾞｼｯｸM-PRO" w:hint="eastAsia"/>
          <w:sz w:val="22"/>
          <w:lang w:eastAsia="ja-JP"/>
        </w:rPr>
        <w:t>）議事</w:t>
      </w:r>
    </w:p>
    <w:p w14:paraId="198D51D6" w14:textId="77777777" w:rsidR="0077087C" w:rsidRP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第４次佐賀市食育推進基本計画について【資料１】</w:t>
      </w:r>
    </w:p>
    <w:p w14:paraId="5D894579" w14:textId="77777777" w:rsidR="0077087C" w:rsidRDefault="0077087C" w:rsidP="00BA55E3">
      <w:pPr>
        <w:spacing w:after="0" w:line="240" w:lineRule="auto"/>
        <w:ind w:leftChars="100" w:left="210"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・第３次佐賀市食育推進基本計画の最終評価について【資料２】【資料３】</w:t>
      </w:r>
    </w:p>
    <w:p w14:paraId="780E4E52" w14:textId="07E8D23B" w:rsidR="00BA55E3" w:rsidRDefault="00BA55E3" w:rsidP="00BA55E3">
      <w:pPr>
        <w:spacing w:after="0" w:line="240" w:lineRule="auto"/>
        <w:ind w:leftChars="100" w:left="210" w:firstLineChars="100" w:firstLine="220"/>
        <w:rPr>
          <w:rFonts w:ascii="HG丸ｺﾞｼｯｸM-PRO" w:eastAsia="HG丸ｺﾞｼｯｸM-PRO" w:hAnsi="HG丸ｺﾞｼｯｸM-PRO"/>
          <w:sz w:val="22"/>
          <w:lang w:eastAsia="ja-JP"/>
        </w:rPr>
      </w:pPr>
      <w:bookmarkStart w:id="1" w:name="_Hlk239413163"/>
      <w:r>
        <w:rPr>
          <w:rFonts w:ascii="HG丸ｺﾞｼｯｸM-PRO" w:eastAsia="HG丸ｺﾞｼｯｸM-PRO" w:hAnsi="HG丸ｺﾞｼｯｸM-PRO" w:hint="eastAsia"/>
          <w:sz w:val="22"/>
          <w:lang w:eastAsia="ja-JP"/>
        </w:rPr>
        <w:t>・</w:t>
      </w:r>
      <w:bookmarkStart w:id="2" w:name="_Hlk239413367"/>
      <w:r w:rsidR="00CB5C27" w:rsidRPr="00CB5C27">
        <w:rPr>
          <w:rFonts w:ascii="HG丸ｺﾞｼｯｸM-PRO" w:eastAsia="HG丸ｺﾞｼｯｸM-PRO" w:hAnsi="HG丸ｺﾞｼｯｸM-PRO" w:hint="eastAsia"/>
          <w:sz w:val="22"/>
          <w:lang w:eastAsia="ja-JP"/>
        </w:rPr>
        <w:t>第１回佐賀市食育推進基本計画策定員会の意見【別紙４】</w:t>
      </w:r>
    </w:p>
    <w:bookmarkEnd w:id="1"/>
    <w:bookmarkEnd w:id="2"/>
    <w:p w14:paraId="006D1258" w14:textId="77777777" w:rsidR="004A29EE" w:rsidRPr="00BA55E3" w:rsidRDefault="004A29EE" w:rsidP="0077087C">
      <w:pPr>
        <w:spacing w:after="0" w:line="240" w:lineRule="auto"/>
        <w:ind w:firstLineChars="100" w:firstLine="220"/>
        <w:rPr>
          <w:rFonts w:ascii="HG丸ｺﾞｼｯｸM-PRO" w:eastAsia="HG丸ｺﾞｼｯｸM-PRO" w:hAnsi="HG丸ｺﾞｼｯｸM-PRO"/>
          <w:sz w:val="22"/>
          <w:lang w:eastAsia="ja-JP"/>
        </w:rPr>
      </w:pPr>
    </w:p>
    <w:p w14:paraId="763B1EC7" w14:textId="77777777" w:rsid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≪事務局説明≫</w:t>
      </w:r>
    </w:p>
    <w:p w14:paraId="26B72236" w14:textId="77777777" w:rsidR="004A29EE" w:rsidRPr="0077087C" w:rsidRDefault="004A29EE" w:rsidP="0077087C">
      <w:pPr>
        <w:spacing w:after="0" w:line="240" w:lineRule="auto"/>
        <w:ind w:firstLineChars="100" w:firstLine="220"/>
        <w:rPr>
          <w:rFonts w:ascii="HG丸ｺﾞｼｯｸM-PRO" w:eastAsia="HG丸ｺﾞｼｯｸM-PRO" w:hAnsi="HG丸ｺﾞｼｯｸM-PRO"/>
          <w:sz w:val="22"/>
          <w:lang w:eastAsia="ja-JP"/>
        </w:rPr>
      </w:pPr>
    </w:p>
    <w:p w14:paraId="5518A0BE" w14:textId="77777777" w:rsidR="0077087C" w:rsidRPr="0077087C" w:rsidRDefault="0077087C" w:rsidP="0077087C">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≪質疑応答≫</w:t>
      </w:r>
    </w:p>
    <w:p w14:paraId="290F549C" w14:textId="3180326A" w:rsidR="007702C1"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0FBD6669" w14:textId="58A51264"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資料1の3ページについて、朝食や主食・主菜・副菜、野菜摂取などの成績が下がっているが、年代別の状況</w:t>
      </w:r>
      <w:r w:rsidR="004A29EE">
        <w:rPr>
          <w:rFonts w:ascii="HG丸ｺﾞｼｯｸM-PRO" w:eastAsia="HG丸ｺﾞｼｯｸM-PRO" w:hAnsi="HG丸ｺﾞｼｯｸM-PRO" w:hint="eastAsia"/>
          <w:sz w:val="22"/>
          <w:lang w:eastAsia="ja-JP"/>
        </w:rPr>
        <w:t>や、</w:t>
      </w:r>
      <w:r w:rsidRPr="007702C1">
        <w:rPr>
          <w:rFonts w:ascii="HG丸ｺﾞｼｯｸM-PRO" w:eastAsia="HG丸ｺﾞｼｯｸM-PRO" w:hAnsi="HG丸ｺﾞｼｯｸM-PRO"/>
          <w:sz w:val="22"/>
          <w:lang w:eastAsia="ja-JP"/>
        </w:rPr>
        <w:t>特にどの年代に課題があるのか</w:t>
      </w:r>
      <w:r w:rsidR="004A29EE">
        <w:rPr>
          <w:rFonts w:ascii="HG丸ｺﾞｼｯｸM-PRO" w:eastAsia="HG丸ｺﾞｼｯｸM-PRO" w:hAnsi="HG丸ｺﾞｼｯｸM-PRO" w:hint="eastAsia"/>
          <w:sz w:val="22"/>
          <w:lang w:eastAsia="ja-JP"/>
        </w:rPr>
        <w:t>が</w:t>
      </w:r>
      <w:r w:rsidRPr="007702C1">
        <w:rPr>
          <w:rFonts w:ascii="HG丸ｺﾞｼｯｸM-PRO" w:eastAsia="HG丸ｺﾞｼｯｸM-PRO" w:hAnsi="HG丸ｺﾞｼｯｸM-PRO"/>
          <w:sz w:val="22"/>
          <w:lang w:eastAsia="ja-JP"/>
        </w:rPr>
        <w:t>知りたい。</w:t>
      </w:r>
    </w:p>
    <w:p w14:paraId="11E6F9C8"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8B02F2B" w14:textId="0CE90442" w:rsidR="007702C1"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700E7EBE" w14:textId="2080D9A6"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成人の朝食喫食率について、年代別に見ると、「ほとんど食べない」が20歳代で2</w:t>
      </w:r>
      <w:r w:rsidR="00C1681B">
        <w:rPr>
          <w:rFonts w:ascii="HG丸ｺﾞｼｯｸM-PRO" w:eastAsia="HG丸ｺﾞｼｯｸM-PRO" w:hAnsi="HG丸ｺﾞｼｯｸM-PRO" w:hint="eastAsia"/>
          <w:sz w:val="22"/>
          <w:lang w:eastAsia="ja-JP"/>
        </w:rPr>
        <w:t>1</w:t>
      </w:r>
      <w:r w:rsidRPr="007702C1">
        <w:rPr>
          <w:rFonts w:ascii="HG丸ｺﾞｼｯｸM-PRO" w:eastAsia="HG丸ｺﾞｼｯｸM-PRO" w:hAnsi="HG丸ｺﾞｼｯｸM-PRO"/>
          <w:sz w:val="22"/>
          <w:lang w:eastAsia="ja-JP"/>
        </w:rPr>
        <w:t>.4％、30歳代で20.9％となっており、40歳代以降と比べて割合が高くなって</w:t>
      </w:r>
      <w:r w:rsidR="00C1681B">
        <w:rPr>
          <w:rFonts w:ascii="HG丸ｺﾞｼｯｸM-PRO" w:eastAsia="HG丸ｺﾞｼｯｸM-PRO" w:hAnsi="HG丸ｺﾞｼｯｸM-PRO" w:hint="eastAsia"/>
          <w:sz w:val="22"/>
          <w:lang w:eastAsia="ja-JP"/>
        </w:rPr>
        <w:t>いる</w:t>
      </w:r>
      <w:r w:rsidRPr="007702C1">
        <w:rPr>
          <w:rFonts w:ascii="HG丸ｺﾞｼｯｸM-PRO" w:eastAsia="HG丸ｺﾞｼｯｸM-PRO" w:hAnsi="HG丸ｺﾞｼｯｸM-PRO"/>
          <w:sz w:val="22"/>
          <w:lang w:eastAsia="ja-JP"/>
        </w:rPr>
        <w:t>。主食・主菜・副菜を組み合わせた食事についても、「ほとんどそろわない」が20歳代7.1％、30歳代14.4％と高い状況で</w:t>
      </w:r>
      <w:r w:rsidR="00E0253D">
        <w:rPr>
          <w:rFonts w:ascii="HG丸ｺﾞｼｯｸM-PRO" w:eastAsia="HG丸ｺﾞｼｯｸM-PRO" w:hAnsi="HG丸ｺﾞｼｯｸM-PRO" w:hint="eastAsia"/>
          <w:sz w:val="22"/>
          <w:lang w:eastAsia="ja-JP"/>
        </w:rPr>
        <w:t>ある</w:t>
      </w:r>
      <w:r w:rsidRPr="007702C1">
        <w:rPr>
          <w:rFonts w:ascii="HG丸ｺﾞｼｯｸM-PRO" w:eastAsia="HG丸ｺﾞｼｯｸM-PRO" w:hAnsi="HG丸ｺﾞｼｯｸM-PRO"/>
          <w:sz w:val="22"/>
          <w:lang w:eastAsia="ja-JP"/>
        </w:rPr>
        <w:t>。野菜摂取についても、20歳代・30歳代は、40歳代以降と比べて「ほとんど食べない」割合が高い傾向にあ</w:t>
      </w:r>
      <w:r w:rsidR="00C1681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38D11292"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062BFA82"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77212C7E" w14:textId="3C08AB22"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若い世代で朝食を食べない人が多いということ</w:t>
      </w:r>
      <w:r w:rsidR="00C1681B">
        <w:rPr>
          <w:rFonts w:ascii="HG丸ｺﾞｼｯｸM-PRO" w:eastAsia="HG丸ｺﾞｼｯｸM-PRO" w:hAnsi="HG丸ｺﾞｼｯｸM-PRO" w:hint="eastAsia"/>
          <w:sz w:val="22"/>
          <w:lang w:eastAsia="ja-JP"/>
        </w:rPr>
        <w:t>だ</w:t>
      </w:r>
      <w:r w:rsidRPr="007702C1">
        <w:rPr>
          <w:rFonts w:ascii="HG丸ｺﾞｼｯｸM-PRO" w:eastAsia="HG丸ｺﾞｼｯｸM-PRO" w:hAnsi="HG丸ｺﾞｼｯｸM-PRO"/>
          <w:sz w:val="22"/>
          <w:lang w:eastAsia="ja-JP"/>
        </w:rPr>
        <w:t>が、その理由は把握されてい</w:t>
      </w:r>
      <w:r w:rsidR="00C1681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か。</w:t>
      </w:r>
    </w:p>
    <w:p w14:paraId="350B61BB"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13B0FD5"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4EB4C626" w14:textId="79158CDA"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lastRenderedPageBreak/>
        <w:t>朝食を食べない日がある人の就寝時間を見ると、「ほとんど食べない」人は24時以降に寝ている割合が高くなっ</w:t>
      </w:r>
      <w:r w:rsidR="00942961">
        <w:rPr>
          <w:rFonts w:ascii="HG丸ｺﾞｼｯｸM-PRO" w:eastAsia="HG丸ｺﾞｼｯｸM-PRO" w:hAnsi="HG丸ｺﾞｼｯｸM-PRO" w:hint="eastAsia"/>
          <w:sz w:val="22"/>
          <w:lang w:eastAsia="ja-JP"/>
        </w:rPr>
        <w:t>ており、</w:t>
      </w:r>
      <w:r w:rsidRPr="007702C1">
        <w:rPr>
          <w:rFonts w:ascii="HG丸ｺﾞｼｯｸM-PRO" w:eastAsia="HG丸ｺﾞｼｯｸM-PRO" w:hAnsi="HG丸ｺﾞｼｯｸM-PRO"/>
          <w:sz w:val="22"/>
          <w:lang w:eastAsia="ja-JP"/>
        </w:rPr>
        <w:t>就寝時間が遅いこと</w:t>
      </w:r>
      <w:r w:rsidR="00942961">
        <w:rPr>
          <w:rFonts w:ascii="HG丸ｺﾞｼｯｸM-PRO" w:eastAsia="HG丸ｺﾞｼｯｸM-PRO" w:hAnsi="HG丸ｺﾞｼｯｸM-PRO" w:hint="eastAsia"/>
          <w:sz w:val="22"/>
          <w:lang w:eastAsia="ja-JP"/>
        </w:rPr>
        <w:t>も</w:t>
      </w:r>
      <w:r w:rsidRPr="007702C1">
        <w:rPr>
          <w:rFonts w:ascii="HG丸ｺﾞｼｯｸM-PRO" w:eastAsia="HG丸ｺﾞｼｯｸM-PRO" w:hAnsi="HG丸ｺﾞｼｯｸM-PRO"/>
          <w:sz w:val="22"/>
          <w:lang w:eastAsia="ja-JP"/>
        </w:rPr>
        <w:t>一つの要因として考えられるのではないかと思</w:t>
      </w:r>
      <w:r w:rsidR="0094296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5C9975A2"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2DC9BECE" w14:textId="77777777" w:rsidR="00C234CC" w:rsidRPr="007702C1" w:rsidRDefault="00BA55E3" w:rsidP="00942961">
      <w:pPr>
        <w:spacing w:after="0" w:line="240" w:lineRule="auto"/>
        <w:ind w:leftChars="100" w:left="210"/>
        <w:rPr>
          <w:rFonts w:ascii="HG丸ｺﾞｼｯｸM-PRO" w:eastAsia="HG丸ｺﾞｼｯｸM-PRO" w:hAnsi="HG丸ｺﾞｼｯｸM-PRO"/>
          <w:b/>
          <w:bCs/>
          <w:sz w:val="22"/>
          <w:lang w:eastAsia="ja-JP"/>
        </w:rPr>
      </w:pPr>
      <w:r w:rsidRPr="007702C1">
        <w:rPr>
          <w:rFonts w:ascii="HG丸ｺﾞｼｯｸM-PRO" w:eastAsia="HG丸ｺﾞｼｯｸM-PRO" w:hAnsi="HG丸ｺﾞｼｯｸM-PRO"/>
          <w:b/>
          <w:bCs/>
          <w:sz w:val="22"/>
          <w:lang w:eastAsia="ja-JP"/>
        </w:rPr>
        <w:t>（1）方向性1「生涯を通じた心身の健康を実現する食育の推進」について</w:t>
      </w:r>
    </w:p>
    <w:p w14:paraId="01DB4F60"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2FA9AAE5" w14:textId="7CE6114C"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高校卒業後のタイミングで朝食を食べなくなる傾向が見られることから、高校生という時期が一つのポイントになるのではないかと考えて</w:t>
      </w:r>
      <w:r w:rsidR="00942961">
        <w:rPr>
          <w:rFonts w:ascii="HG丸ｺﾞｼｯｸM-PRO" w:eastAsia="HG丸ｺﾞｼｯｸM-PRO" w:hAnsi="HG丸ｺﾞｼｯｸM-PRO" w:hint="eastAsia"/>
          <w:sz w:val="22"/>
          <w:lang w:eastAsia="ja-JP"/>
        </w:rPr>
        <w:t>いる</w:t>
      </w:r>
      <w:r w:rsidRPr="007702C1">
        <w:rPr>
          <w:rFonts w:ascii="HG丸ｺﾞｼｯｸM-PRO" w:eastAsia="HG丸ｺﾞｼｯｸM-PRO" w:hAnsi="HG丸ｺﾞｼｯｸM-PRO"/>
          <w:sz w:val="22"/>
          <w:lang w:eastAsia="ja-JP"/>
        </w:rPr>
        <w:t>。高校生の食に関する実情や、卒業後に向けてどのようなことができるかについて、高校現場から見た状況をお聞かせいただ</w:t>
      </w:r>
      <w:r w:rsidR="00942961">
        <w:rPr>
          <w:rFonts w:ascii="HG丸ｺﾞｼｯｸM-PRO" w:eastAsia="HG丸ｺﾞｼｯｸM-PRO" w:hAnsi="HG丸ｺﾞｼｯｸM-PRO" w:hint="eastAsia"/>
          <w:sz w:val="22"/>
          <w:lang w:eastAsia="ja-JP"/>
        </w:rPr>
        <w:t>きたい</w:t>
      </w:r>
      <w:r w:rsidRPr="007702C1">
        <w:rPr>
          <w:rFonts w:ascii="HG丸ｺﾞｼｯｸM-PRO" w:eastAsia="HG丸ｺﾞｼｯｸM-PRO" w:hAnsi="HG丸ｺﾞｼｯｸM-PRO"/>
          <w:sz w:val="22"/>
          <w:lang w:eastAsia="ja-JP"/>
        </w:rPr>
        <w:t>。</w:t>
      </w:r>
    </w:p>
    <w:p w14:paraId="11B79739" w14:textId="77777777" w:rsidR="004A29EE" w:rsidRPr="007702C1" w:rsidRDefault="004A29EE"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4B311C7B"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1B0DE6AA" w14:textId="4127B868"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高校卒業後に朝食を食べているかどうかは学校では把握</w:t>
      </w:r>
      <w:r w:rsidR="00942961">
        <w:rPr>
          <w:rFonts w:ascii="HG丸ｺﾞｼｯｸM-PRO" w:eastAsia="HG丸ｺﾞｼｯｸM-PRO" w:hAnsi="HG丸ｺﾞｼｯｸM-PRO" w:hint="eastAsia"/>
          <w:sz w:val="22"/>
          <w:lang w:eastAsia="ja-JP"/>
        </w:rPr>
        <w:t>が難しい。</w:t>
      </w:r>
      <w:r w:rsidRPr="007702C1">
        <w:rPr>
          <w:rFonts w:ascii="HG丸ｺﾞｼｯｸM-PRO" w:eastAsia="HG丸ｺﾞｼｯｸM-PRO" w:hAnsi="HG丸ｺﾞｼｯｸM-PRO"/>
          <w:sz w:val="22"/>
          <w:lang w:eastAsia="ja-JP"/>
        </w:rPr>
        <w:t>在学中については県の調査があ</w:t>
      </w:r>
      <w:r w:rsidR="0094296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w:t>
      </w:r>
      <w:r w:rsidR="00942961">
        <w:rPr>
          <w:rFonts w:ascii="HG丸ｺﾞｼｯｸM-PRO" w:eastAsia="HG丸ｺﾞｼｯｸM-PRO" w:hAnsi="HG丸ｺﾞｼｯｸM-PRO" w:hint="eastAsia"/>
          <w:sz w:val="22"/>
          <w:lang w:eastAsia="ja-JP"/>
        </w:rPr>
        <w:t>本校では</w:t>
      </w:r>
      <w:r w:rsidRPr="007702C1">
        <w:rPr>
          <w:rFonts w:ascii="HG丸ｺﾞｼｯｸM-PRO" w:eastAsia="HG丸ｺﾞｼｯｸM-PRO" w:hAnsi="HG丸ｺﾞｼｯｸM-PRO"/>
          <w:sz w:val="22"/>
          <w:lang w:eastAsia="ja-JP"/>
        </w:rPr>
        <w:t>朝食をほとんど食べていない生徒が非常に多いという印象は</w:t>
      </w:r>
      <w:r w:rsidR="00942961">
        <w:rPr>
          <w:rFonts w:ascii="HG丸ｺﾞｼｯｸM-PRO" w:eastAsia="HG丸ｺﾞｼｯｸM-PRO" w:hAnsi="HG丸ｺﾞｼｯｸM-PRO" w:hint="eastAsia"/>
          <w:sz w:val="22"/>
          <w:lang w:eastAsia="ja-JP"/>
        </w:rPr>
        <w:t>ない</w:t>
      </w:r>
      <w:r w:rsidRPr="007702C1">
        <w:rPr>
          <w:rFonts w:ascii="HG丸ｺﾞｼｯｸM-PRO" w:eastAsia="HG丸ｺﾞｼｯｸM-PRO" w:hAnsi="HG丸ｺﾞｼｯｸM-PRO"/>
          <w:sz w:val="22"/>
          <w:lang w:eastAsia="ja-JP"/>
        </w:rPr>
        <w:t>。部活動をしている生徒は、食事について自分で気をつけているところもあり、よく食べていると感</w:t>
      </w:r>
      <w:r w:rsidR="00942961">
        <w:rPr>
          <w:rFonts w:ascii="HG丸ｺﾞｼｯｸM-PRO" w:eastAsia="HG丸ｺﾞｼｯｸM-PRO" w:hAnsi="HG丸ｺﾞｼｯｸM-PRO" w:hint="eastAsia"/>
          <w:sz w:val="22"/>
          <w:lang w:eastAsia="ja-JP"/>
        </w:rPr>
        <w:t>じる</w:t>
      </w:r>
      <w:r w:rsidRPr="007702C1">
        <w:rPr>
          <w:rFonts w:ascii="HG丸ｺﾞｼｯｸM-PRO" w:eastAsia="HG丸ｺﾞｼｯｸM-PRO" w:hAnsi="HG丸ｺﾞｼｯｸM-PRO"/>
          <w:sz w:val="22"/>
          <w:lang w:eastAsia="ja-JP"/>
        </w:rPr>
        <w:t>。</w:t>
      </w:r>
    </w:p>
    <w:p w14:paraId="7F56C891" w14:textId="476763B9"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高校には給食も</w:t>
      </w:r>
      <w:r w:rsidR="00942961">
        <w:rPr>
          <w:rFonts w:ascii="HG丸ｺﾞｼｯｸM-PRO" w:eastAsia="HG丸ｺﾞｼｯｸM-PRO" w:hAnsi="HG丸ｺﾞｼｯｸM-PRO" w:hint="eastAsia"/>
          <w:sz w:val="22"/>
          <w:lang w:eastAsia="ja-JP"/>
        </w:rPr>
        <w:t>なく</w:t>
      </w:r>
      <w:r w:rsidRPr="007702C1">
        <w:rPr>
          <w:rFonts w:ascii="HG丸ｺﾞｼｯｸM-PRO" w:eastAsia="HG丸ｺﾞｼｯｸM-PRO" w:hAnsi="HG丸ｺﾞｼｯｸM-PRO"/>
          <w:sz w:val="22"/>
          <w:lang w:eastAsia="ja-JP"/>
        </w:rPr>
        <w:t>、栄養教諭</w:t>
      </w:r>
      <w:r w:rsidR="00942961">
        <w:rPr>
          <w:rFonts w:ascii="HG丸ｺﾞｼｯｸM-PRO" w:eastAsia="HG丸ｺﾞｼｯｸM-PRO" w:hAnsi="HG丸ｺﾞｼｯｸM-PRO" w:hint="eastAsia"/>
          <w:sz w:val="22"/>
          <w:lang w:eastAsia="ja-JP"/>
        </w:rPr>
        <w:t>もいないため</w:t>
      </w:r>
      <w:r w:rsidRPr="007702C1">
        <w:rPr>
          <w:rFonts w:ascii="HG丸ｺﾞｼｯｸM-PRO" w:eastAsia="HG丸ｺﾞｼｯｸM-PRO" w:hAnsi="HG丸ｺﾞｼｯｸM-PRO"/>
          <w:sz w:val="22"/>
          <w:lang w:eastAsia="ja-JP"/>
        </w:rPr>
        <w:t>、食育</w:t>
      </w:r>
      <w:r w:rsidR="00942961">
        <w:rPr>
          <w:rFonts w:ascii="HG丸ｺﾞｼｯｸM-PRO" w:eastAsia="HG丸ｺﾞｼｯｸM-PRO" w:hAnsi="HG丸ｺﾞｼｯｸM-PRO" w:hint="eastAsia"/>
          <w:sz w:val="22"/>
          <w:lang w:eastAsia="ja-JP"/>
        </w:rPr>
        <w:t>としての</w:t>
      </w:r>
      <w:r w:rsidRPr="007702C1">
        <w:rPr>
          <w:rFonts w:ascii="HG丸ｺﾞｼｯｸM-PRO" w:eastAsia="HG丸ｺﾞｼｯｸM-PRO" w:hAnsi="HG丸ｺﾞｼｯｸM-PRO"/>
          <w:sz w:val="22"/>
          <w:lang w:eastAsia="ja-JP"/>
        </w:rPr>
        <w:t>取組</w:t>
      </w:r>
      <w:r w:rsidR="00942961">
        <w:rPr>
          <w:rFonts w:ascii="HG丸ｺﾞｼｯｸM-PRO" w:eastAsia="HG丸ｺﾞｼｯｸM-PRO" w:hAnsi="HG丸ｺﾞｼｯｸM-PRO" w:hint="eastAsia"/>
          <w:sz w:val="22"/>
          <w:lang w:eastAsia="ja-JP"/>
        </w:rPr>
        <w:t>は少ない</w:t>
      </w:r>
      <w:r w:rsidRPr="007702C1">
        <w:rPr>
          <w:rFonts w:ascii="HG丸ｺﾞｼｯｸM-PRO" w:eastAsia="HG丸ｺﾞｼｯｸM-PRO" w:hAnsi="HG丸ｺﾞｼｯｸM-PRO"/>
          <w:sz w:val="22"/>
          <w:lang w:eastAsia="ja-JP"/>
        </w:rPr>
        <w:t>。家庭科の授業の中で食生活を扱い、食の大切さや自分自身の食生活について考える授業</w:t>
      </w:r>
      <w:r w:rsidR="00942961">
        <w:rPr>
          <w:rFonts w:ascii="HG丸ｺﾞｼｯｸM-PRO" w:eastAsia="HG丸ｺﾞｼｯｸM-PRO" w:hAnsi="HG丸ｺﾞｼｯｸM-PRO" w:hint="eastAsia"/>
          <w:sz w:val="22"/>
          <w:lang w:eastAsia="ja-JP"/>
        </w:rPr>
        <w:t>は</w:t>
      </w:r>
      <w:r w:rsidRPr="007702C1">
        <w:rPr>
          <w:rFonts w:ascii="HG丸ｺﾞｼｯｸM-PRO" w:eastAsia="HG丸ｺﾞｼｯｸM-PRO" w:hAnsi="HG丸ｺﾞｼｯｸM-PRO"/>
          <w:sz w:val="22"/>
          <w:lang w:eastAsia="ja-JP"/>
        </w:rPr>
        <w:t>行ってい</w:t>
      </w:r>
      <w:r w:rsidR="0094296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。ただ、高校生の間は、家庭で保護者が用意してくれる食事の影響が大きいと思</w:t>
      </w:r>
      <w:r w:rsidR="00CA7CD3">
        <w:rPr>
          <w:rFonts w:ascii="HG丸ｺﾞｼｯｸM-PRO" w:eastAsia="HG丸ｺﾞｼｯｸM-PRO" w:hAnsi="HG丸ｺﾞｼｯｸM-PRO" w:hint="eastAsia"/>
          <w:sz w:val="22"/>
          <w:lang w:eastAsia="ja-JP"/>
        </w:rPr>
        <w:t>われる</w:t>
      </w:r>
      <w:r w:rsidRPr="007702C1">
        <w:rPr>
          <w:rFonts w:ascii="HG丸ｺﾞｼｯｸM-PRO" w:eastAsia="HG丸ｺﾞｼｯｸM-PRO" w:hAnsi="HG丸ｺﾞｼｯｸM-PRO"/>
          <w:sz w:val="22"/>
          <w:lang w:eastAsia="ja-JP"/>
        </w:rPr>
        <w:t>。</w:t>
      </w:r>
      <w:r w:rsidR="001A35A3">
        <w:rPr>
          <w:rFonts w:ascii="HG丸ｺﾞｼｯｸM-PRO" w:eastAsia="HG丸ｺﾞｼｯｸM-PRO" w:hAnsi="HG丸ｺﾞｼｯｸM-PRO" w:hint="eastAsia"/>
          <w:sz w:val="22"/>
          <w:lang w:eastAsia="ja-JP"/>
        </w:rPr>
        <w:t>本</w:t>
      </w:r>
      <w:r w:rsidRPr="007702C1">
        <w:rPr>
          <w:rFonts w:ascii="HG丸ｺﾞｼｯｸM-PRO" w:eastAsia="HG丸ｺﾞｼｯｸM-PRO" w:hAnsi="HG丸ｺﾞｼｯｸM-PRO"/>
          <w:sz w:val="22"/>
          <w:lang w:eastAsia="ja-JP"/>
        </w:rPr>
        <w:t>校では、保護者の方がきちんとされている家庭も多く、生徒も比較的きちんと食べている印象</w:t>
      </w:r>
      <w:r w:rsidR="001A35A3">
        <w:rPr>
          <w:rFonts w:ascii="HG丸ｺﾞｼｯｸM-PRO" w:eastAsia="HG丸ｺﾞｼｯｸM-PRO" w:hAnsi="HG丸ｺﾞｼｯｸM-PRO" w:hint="eastAsia"/>
          <w:sz w:val="22"/>
          <w:lang w:eastAsia="ja-JP"/>
        </w:rPr>
        <w:t>だ</w:t>
      </w:r>
      <w:r w:rsidRPr="007702C1">
        <w:rPr>
          <w:rFonts w:ascii="HG丸ｺﾞｼｯｸM-PRO" w:eastAsia="HG丸ｺﾞｼｯｸM-PRO" w:hAnsi="HG丸ｺﾞｼｯｸM-PRO"/>
          <w:sz w:val="22"/>
          <w:lang w:eastAsia="ja-JP"/>
        </w:rPr>
        <w:t>が、学校によって状況はいろいろあると思</w:t>
      </w:r>
      <w:r w:rsidR="001A35A3">
        <w:rPr>
          <w:rFonts w:ascii="HG丸ｺﾞｼｯｸM-PRO" w:eastAsia="HG丸ｺﾞｼｯｸM-PRO" w:hAnsi="HG丸ｺﾞｼｯｸM-PRO" w:hint="eastAsia"/>
          <w:sz w:val="22"/>
          <w:lang w:eastAsia="ja-JP"/>
        </w:rPr>
        <w:t>われる</w:t>
      </w:r>
      <w:r w:rsidRPr="007702C1">
        <w:rPr>
          <w:rFonts w:ascii="HG丸ｺﾞｼｯｸM-PRO" w:eastAsia="HG丸ｺﾞｼｯｸM-PRO" w:hAnsi="HG丸ｺﾞｼｯｸM-PRO"/>
          <w:sz w:val="22"/>
          <w:lang w:eastAsia="ja-JP"/>
        </w:rPr>
        <w:t>。</w:t>
      </w:r>
    </w:p>
    <w:p w14:paraId="16AD0061"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361E6C0F"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482438F7" w14:textId="3E116431" w:rsidR="004A29EE" w:rsidRDefault="00BA55E3" w:rsidP="001A35A3">
      <w:pPr>
        <w:spacing w:after="0" w:line="240" w:lineRule="auto"/>
        <w:ind w:leftChars="100" w:left="210" w:firstLineChars="100" w:firstLine="220"/>
        <w:rPr>
          <w:rFonts w:ascii="HG丸ｺﾞｼｯｸM-PRO" w:eastAsia="HG丸ｺﾞｼｯｸM-PRO" w:hAnsi="HG丸ｺﾞｼｯｸM-PRO"/>
          <w:b/>
          <w:sz w:val="22"/>
          <w:lang w:eastAsia="ja-JP"/>
        </w:rPr>
      </w:pPr>
      <w:r w:rsidRPr="007702C1">
        <w:rPr>
          <w:rFonts w:ascii="HG丸ｺﾞｼｯｸM-PRO" w:eastAsia="HG丸ｺﾞｼｯｸM-PRO" w:hAnsi="HG丸ｺﾞｼｯｸM-PRO"/>
          <w:sz w:val="22"/>
          <w:lang w:eastAsia="ja-JP"/>
        </w:rPr>
        <w:t>朝、登園してくる</w:t>
      </w:r>
      <w:r w:rsidR="001A35A3">
        <w:rPr>
          <w:rFonts w:ascii="HG丸ｺﾞｼｯｸM-PRO" w:eastAsia="HG丸ｺﾞｼｯｸM-PRO" w:hAnsi="HG丸ｺﾞｼｯｸM-PRO" w:hint="eastAsia"/>
          <w:sz w:val="22"/>
          <w:lang w:eastAsia="ja-JP"/>
        </w:rPr>
        <w:t>園児</w:t>
      </w:r>
      <w:r w:rsidRPr="007702C1">
        <w:rPr>
          <w:rFonts w:ascii="HG丸ｺﾞｼｯｸM-PRO" w:eastAsia="HG丸ｺﾞｼｯｸM-PRO" w:hAnsi="HG丸ｺﾞｼｯｸM-PRO"/>
          <w:sz w:val="22"/>
          <w:lang w:eastAsia="ja-JP"/>
        </w:rPr>
        <w:t>の中には、車の中で何かを食べながら来る子がい</w:t>
      </w:r>
      <w:r w:rsidR="001A35A3">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。朝早く起きて、家庭でみそ汁や</w:t>
      </w:r>
      <w:r w:rsidR="001A35A3">
        <w:rPr>
          <w:rFonts w:ascii="HG丸ｺﾞｼｯｸM-PRO" w:eastAsia="HG丸ｺﾞｼｯｸM-PRO" w:hAnsi="HG丸ｺﾞｼｯｸM-PRO" w:hint="eastAsia"/>
          <w:sz w:val="22"/>
          <w:lang w:eastAsia="ja-JP"/>
        </w:rPr>
        <w:t>ご</w:t>
      </w:r>
      <w:r w:rsidRPr="007702C1">
        <w:rPr>
          <w:rFonts w:ascii="HG丸ｺﾞｼｯｸM-PRO" w:eastAsia="HG丸ｺﾞｼｯｸM-PRO" w:hAnsi="HG丸ｺﾞｼｯｸM-PRO"/>
          <w:sz w:val="22"/>
          <w:lang w:eastAsia="ja-JP"/>
        </w:rPr>
        <w:t>飯などを食べてから登園する子どもは、以前より減っている</w:t>
      </w:r>
      <w:r w:rsidR="001A35A3">
        <w:rPr>
          <w:rFonts w:ascii="HG丸ｺﾞｼｯｸM-PRO" w:eastAsia="HG丸ｺﾞｼｯｸM-PRO" w:hAnsi="HG丸ｺﾞｼｯｸM-PRO" w:hint="eastAsia"/>
          <w:sz w:val="22"/>
          <w:lang w:eastAsia="ja-JP"/>
        </w:rPr>
        <w:t>ように</w:t>
      </w:r>
      <w:r w:rsidRPr="007702C1">
        <w:rPr>
          <w:rFonts w:ascii="HG丸ｺﾞｼｯｸM-PRO" w:eastAsia="HG丸ｺﾞｼｯｸM-PRO" w:hAnsi="HG丸ｺﾞｼｯｸM-PRO"/>
          <w:sz w:val="22"/>
          <w:lang w:eastAsia="ja-JP"/>
        </w:rPr>
        <w:t>感</w:t>
      </w:r>
      <w:r w:rsidR="001A35A3">
        <w:rPr>
          <w:rFonts w:ascii="HG丸ｺﾞｼｯｸM-PRO" w:eastAsia="HG丸ｺﾞｼｯｸM-PRO" w:hAnsi="HG丸ｺﾞｼｯｸM-PRO" w:hint="eastAsia"/>
          <w:sz w:val="22"/>
          <w:lang w:eastAsia="ja-JP"/>
        </w:rPr>
        <w:t>じる</w:t>
      </w:r>
      <w:r w:rsidRPr="007702C1">
        <w:rPr>
          <w:rFonts w:ascii="HG丸ｺﾞｼｯｸM-PRO" w:eastAsia="HG丸ｺﾞｼｯｸM-PRO" w:hAnsi="HG丸ｺﾞｼｯｸM-PRO"/>
          <w:sz w:val="22"/>
          <w:lang w:eastAsia="ja-JP"/>
        </w:rPr>
        <w:t>。また、</w:t>
      </w:r>
      <w:r w:rsidR="001A35A3">
        <w:rPr>
          <w:rFonts w:ascii="HG丸ｺﾞｼｯｸM-PRO" w:eastAsia="HG丸ｺﾞｼｯｸM-PRO" w:hAnsi="HG丸ｺﾞｼｯｸM-PRO" w:hint="eastAsia"/>
          <w:sz w:val="22"/>
          <w:lang w:eastAsia="ja-JP"/>
        </w:rPr>
        <w:t>遠足などで</w:t>
      </w:r>
      <w:r w:rsidRPr="007702C1">
        <w:rPr>
          <w:rFonts w:ascii="HG丸ｺﾞｼｯｸM-PRO" w:eastAsia="HG丸ｺﾞｼｯｸM-PRO" w:hAnsi="HG丸ｺﾞｼｯｸM-PRO"/>
          <w:sz w:val="22"/>
          <w:lang w:eastAsia="ja-JP"/>
        </w:rPr>
        <w:t>弁当の中を見る機会が</w:t>
      </w:r>
      <w:r w:rsidR="00E0253D">
        <w:rPr>
          <w:rFonts w:ascii="HG丸ｺﾞｼｯｸM-PRO" w:eastAsia="HG丸ｺﾞｼｯｸM-PRO" w:hAnsi="HG丸ｺﾞｼｯｸM-PRO" w:hint="eastAsia"/>
          <w:sz w:val="22"/>
          <w:lang w:eastAsia="ja-JP"/>
        </w:rPr>
        <w:t>ある</w:t>
      </w:r>
      <w:r w:rsidRPr="007702C1">
        <w:rPr>
          <w:rFonts w:ascii="HG丸ｺﾞｼｯｸM-PRO" w:eastAsia="HG丸ｺﾞｼｯｸM-PRO" w:hAnsi="HG丸ｺﾞｼｯｸM-PRO"/>
          <w:sz w:val="22"/>
          <w:lang w:eastAsia="ja-JP"/>
        </w:rPr>
        <w:t>が、卵焼きや揚げ物、ブロッコリー、ミニトマトなど</w:t>
      </w:r>
      <w:r w:rsidR="00E0253D">
        <w:rPr>
          <w:rFonts w:ascii="HG丸ｺﾞｼｯｸM-PRO" w:eastAsia="HG丸ｺﾞｼｯｸM-PRO" w:hAnsi="HG丸ｺﾞｼｯｸM-PRO" w:hint="eastAsia"/>
          <w:sz w:val="22"/>
          <w:lang w:eastAsia="ja-JP"/>
        </w:rPr>
        <w:t>と</w:t>
      </w:r>
      <w:r w:rsidRPr="007702C1">
        <w:rPr>
          <w:rFonts w:ascii="HG丸ｺﾞｼｯｸM-PRO" w:eastAsia="HG丸ｺﾞｼｯｸM-PRO" w:hAnsi="HG丸ｺﾞｼｯｸM-PRO"/>
          <w:sz w:val="22"/>
          <w:lang w:eastAsia="ja-JP"/>
        </w:rPr>
        <w:t>、料理の仕方やレシピの幅が狭くなっているのではないかと感じることがあ</w:t>
      </w:r>
      <w:r w:rsidR="001A35A3">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02A987DE" w14:textId="3E7AFE2A"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現場で子どもたちを見ていると、家庭での食生活について考える必要があると感じ</w:t>
      </w:r>
      <w:r w:rsidR="001A35A3">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15C4BAEB"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483AD90F"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3CCE0E5D" w14:textId="41FAD65F"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家庭の生活様式や社会情勢が変わる中で、スーパーでは簡便な商品の需要も高まっていると思</w:t>
      </w:r>
      <w:r w:rsidR="001A35A3">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。簡便でありながら栄養をとりやすい商品や、社会情勢に応じた商品展開について、何か取組があれば教えて</w:t>
      </w:r>
      <w:r w:rsidR="00883CD4">
        <w:rPr>
          <w:rFonts w:ascii="HG丸ｺﾞｼｯｸM-PRO" w:eastAsia="HG丸ｺﾞｼｯｸM-PRO" w:hAnsi="HG丸ｺﾞｼｯｸM-PRO" w:hint="eastAsia"/>
          <w:sz w:val="22"/>
          <w:lang w:eastAsia="ja-JP"/>
        </w:rPr>
        <w:t>いただきたい</w:t>
      </w:r>
      <w:r w:rsidRPr="007702C1">
        <w:rPr>
          <w:rFonts w:ascii="HG丸ｺﾞｼｯｸM-PRO" w:eastAsia="HG丸ｺﾞｼｯｸM-PRO" w:hAnsi="HG丸ｺﾞｼｯｸM-PRO"/>
          <w:sz w:val="22"/>
          <w:lang w:eastAsia="ja-JP"/>
        </w:rPr>
        <w:t>。</w:t>
      </w:r>
    </w:p>
    <w:p w14:paraId="72CCD7B6"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30AA3A71"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58EC4BFB" w14:textId="3683F4BF" w:rsidR="00883CD4" w:rsidRDefault="00883CD4" w:rsidP="00883CD4">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スーパーで</w:t>
      </w:r>
      <w:r w:rsidRPr="007702C1">
        <w:rPr>
          <w:rFonts w:ascii="HG丸ｺﾞｼｯｸM-PRO" w:eastAsia="HG丸ｺﾞｼｯｸM-PRO" w:hAnsi="HG丸ｺﾞｼｯｸM-PRO"/>
          <w:sz w:val="22"/>
          <w:lang w:eastAsia="ja-JP"/>
        </w:rPr>
        <w:t>は基本的に、お客様が求める商品をそろえ</w:t>
      </w:r>
      <w:r w:rsidR="00E0253D">
        <w:rPr>
          <w:rFonts w:ascii="HG丸ｺﾞｼｯｸM-PRO" w:eastAsia="HG丸ｺﾞｼｯｸM-PRO" w:hAnsi="HG丸ｺﾞｼｯｸM-PRO" w:hint="eastAsia"/>
          <w:sz w:val="22"/>
          <w:lang w:eastAsia="ja-JP"/>
        </w:rPr>
        <w:t>る</w:t>
      </w:r>
      <w:r>
        <w:rPr>
          <w:rFonts w:ascii="HG丸ｺﾞｼｯｸM-PRO" w:eastAsia="HG丸ｺﾞｼｯｸM-PRO" w:hAnsi="HG丸ｺﾞｼｯｸM-PRO" w:hint="eastAsia"/>
          <w:sz w:val="22"/>
          <w:lang w:eastAsia="ja-JP"/>
        </w:rPr>
        <w:t>ため</w:t>
      </w:r>
      <w:r w:rsidRPr="007702C1">
        <w:rPr>
          <w:rFonts w:ascii="HG丸ｺﾞｼｯｸM-PRO" w:eastAsia="HG丸ｺﾞｼｯｸM-PRO" w:hAnsi="HG丸ｺﾞｼｯｸM-PRO"/>
          <w:sz w:val="22"/>
          <w:lang w:eastAsia="ja-JP"/>
        </w:rPr>
        <w:t>、パンや菓子、すぐ食べられる商品などはどうしても</w:t>
      </w:r>
      <w:r>
        <w:rPr>
          <w:rFonts w:ascii="HG丸ｺﾞｼｯｸM-PRO" w:eastAsia="HG丸ｺﾞｼｯｸM-PRO" w:hAnsi="HG丸ｺﾞｼｯｸM-PRO" w:hint="eastAsia"/>
          <w:sz w:val="22"/>
          <w:lang w:eastAsia="ja-JP"/>
        </w:rPr>
        <w:t>多くなる</w:t>
      </w:r>
      <w:r w:rsidRPr="007702C1">
        <w:rPr>
          <w:rFonts w:ascii="HG丸ｺﾞｼｯｸM-PRO" w:eastAsia="HG丸ｺﾞｼｯｸM-PRO" w:hAnsi="HG丸ｺﾞｼｯｸM-PRO"/>
          <w:sz w:val="22"/>
          <w:lang w:eastAsia="ja-JP"/>
        </w:rPr>
        <w:t>。米の価格が上がった影響もあり、パンや麺類の購入頻度が上がってい</w:t>
      </w:r>
      <w:r>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。店舗</w:t>
      </w:r>
      <w:r>
        <w:rPr>
          <w:rFonts w:ascii="HG丸ｺﾞｼｯｸM-PRO" w:eastAsia="HG丸ｺﾞｼｯｸM-PRO" w:hAnsi="HG丸ｺﾞｼｯｸM-PRO" w:hint="eastAsia"/>
          <w:sz w:val="22"/>
          <w:lang w:eastAsia="ja-JP"/>
        </w:rPr>
        <w:t>が</w:t>
      </w:r>
      <w:r w:rsidRPr="007702C1">
        <w:rPr>
          <w:rFonts w:ascii="HG丸ｺﾞｼｯｸM-PRO" w:eastAsia="HG丸ｺﾞｼｯｸM-PRO" w:hAnsi="HG丸ｺﾞｼｯｸM-PRO"/>
          <w:sz w:val="22"/>
          <w:lang w:eastAsia="ja-JP"/>
        </w:rPr>
        <w:t>栄養面の取組を独自に行うことは難しいところもあ</w:t>
      </w:r>
      <w:r>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が、メーカーから食や栄養に関する取組の提案をいただくこともあり、そうした取組</w:t>
      </w:r>
      <w:r>
        <w:rPr>
          <w:rFonts w:ascii="HG丸ｺﾞｼｯｸM-PRO" w:eastAsia="HG丸ｺﾞｼｯｸM-PRO" w:hAnsi="HG丸ｺﾞｼｯｸM-PRO" w:hint="eastAsia"/>
          <w:sz w:val="22"/>
          <w:lang w:eastAsia="ja-JP"/>
        </w:rPr>
        <w:t>を</w:t>
      </w:r>
      <w:r w:rsidRPr="007702C1">
        <w:rPr>
          <w:rFonts w:ascii="HG丸ｺﾞｼｯｸM-PRO" w:eastAsia="HG丸ｺﾞｼｯｸM-PRO" w:hAnsi="HG丸ｺﾞｼｯｸM-PRO"/>
          <w:sz w:val="22"/>
          <w:lang w:eastAsia="ja-JP"/>
        </w:rPr>
        <w:t>一緒に進めているところ</w:t>
      </w:r>
      <w:r w:rsidR="00E0253D">
        <w:rPr>
          <w:rFonts w:ascii="HG丸ｺﾞｼｯｸM-PRO" w:eastAsia="HG丸ｺﾞｼｯｸM-PRO" w:hAnsi="HG丸ｺﾞｼｯｸM-PRO" w:hint="eastAsia"/>
          <w:sz w:val="22"/>
          <w:lang w:eastAsia="ja-JP"/>
        </w:rPr>
        <w:t>である</w:t>
      </w:r>
      <w:r w:rsidRPr="007702C1">
        <w:rPr>
          <w:rFonts w:ascii="HG丸ｺﾞｼｯｸM-PRO" w:eastAsia="HG丸ｺﾞｼｯｸM-PRO" w:hAnsi="HG丸ｺﾞｼｯｸM-PRO"/>
          <w:sz w:val="22"/>
          <w:lang w:eastAsia="ja-JP"/>
        </w:rPr>
        <w:t>。</w:t>
      </w:r>
    </w:p>
    <w:p w14:paraId="3E05C39A" w14:textId="1497F303" w:rsidR="00C234CC" w:rsidRDefault="00883CD4" w:rsidP="00883CD4">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また、</w:t>
      </w:r>
      <w:r w:rsidRPr="007702C1">
        <w:rPr>
          <w:rFonts w:ascii="HG丸ｺﾞｼｯｸM-PRO" w:eastAsia="HG丸ｺﾞｼｯｸM-PRO" w:hAnsi="HG丸ｺﾞｼｯｸM-PRO"/>
          <w:sz w:val="22"/>
          <w:lang w:eastAsia="ja-JP"/>
        </w:rPr>
        <w:t>野菜については相場に左右され</w:t>
      </w:r>
      <w:r>
        <w:rPr>
          <w:rFonts w:ascii="HG丸ｺﾞｼｯｸM-PRO" w:eastAsia="HG丸ｺﾞｼｯｸM-PRO" w:hAnsi="HG丸ｺﾞｼｯｸM-PRO" w:hint="eastAsia"/>
          <w:sz w:val="22"/>
          <w:lang w:eastAsia="ja-JP"/>
        </w:rPr>
        <w:t>、</w:t>
      </w:r>
      <w:r w:rsidRPr="007702C1">
        <w:rPr>
          <w:rFonts w:ascii="HG丸ｺﾞｼｯｸM-PRO" w:eastAsia="HG丸ｺﾞｼｯｸM-PRO" w:hAnsi="HG丸ｺﾞｼｯｸM-PRO"/>
          <w:sz w:val="22"/>
          <w:lang w:eastAsia="ja-JP"/>
        </w:rPr>
        <w:t>5月、6月頃</w:t>
      </w:r>
      <w:r>
        <w:rPr>
          <w:rFonts w:ascii="HG丸ｺﾞｼｯｸM-PRO" w:eastAsia="HG丸ｺﾞｼｯｸM-PRO" w:hAnsi="HG丸ｺﾞｼｯｸM-PRO" w:hint="eastAsia"/>
          <w:sz w:val="22"/>
          <w:lang w:eastAsia="ja-JP"/>
        </w:rPr>
        <w:t>の</w:t>
      </w:r>
      <w:r w:rsidRPr="007702C1">
        <w:rPr>
          <w:rFonts w:ascii="HG丸ｺﾞｼｯｸM-PRO" w:eastAsia="HG丸ｺﾞｼｯｸM-PRO" w:hAnsi="HG丸ｺﾞｼｯｸM-PRO"/>
          <w:sz w:val="22"/>
          <w:lang w:eastAsia="ja-JP"/>
        </w:rPr>
        <w:t>価格が下がった時期には購入頻度も上がり、1人当たりの買上げ点数も増えてい</w:t>
      </w:r>
      <w:r w:rsidR="00FB3931">
        <w:rPr>
          <w:rFonts w:ascii="HG丸ｺﾞｼｯｸM-PRO" w:eastAsia="HG丸ｺﾞｼｯｸM-PRO" w:hAnsi="HG丸ｺﾞｼｯｸM-PRO" w:hint="eastAsia"/>
          <w:sz w:val="22"/>
          <w:lang w:eastAsia="ja-JP"/>
        </w:rPr>
        <w:t>た</w:t>
      </w:r>
      <w:r w:rsidRPr="007702C1">
        <w:rPr>
          <w:rFonts w:ascii="HG丸ｺﾞｼｯｸM-PRO" w:eastAsia="HG丸ｺﾞｼｯｸM-PRO" w:hAnsi="HG丸ｺﾞｼｯｸM-PRO"/>
          <w:sz w:val="22"/>
          <w:lang w:eastAsia="ja-JP"/>
        </w:rPr>
        <w:t>。冷凍のブロッコリーやほうれん草など、使い勝手のよい冷凍野菜の購入も増えて</w:t>
      </w:r>
      <w:r w:rsidR="00FB3931">
        <w:rPr>
          <w:rFonts w:ascii="HG丸ｺﾞｼｯｸM-PRO" w:eastAsia="HG丸ｺﾞｼｯｸM-PRO" w:hAnsi="HG丸ｺﾞｼｯｸM-PRO" w:hint="eastAsia"/>
          <w:sz w:val="22"/>
          <w:lang w:eastAsia="ja-JP"/>
        </w:rPr>
        <w:t>おり</w:t>
      </w:r>
      <w:r w:rsidRPr="007702C1">
        <w:rPr>
          <w:rFonts w:ascii="HG丸ｺﾞｼｯｸM-PRO" w:eastAsia="HG丸ｺﾞｼｯｸM-PRO" w:hAnsi="HG丸ｺﾞｼｯｸM-PRO"/>
          <w:sz w:val="22"/>
          <w:lang w:eastAsia="ja-JP"/>
        </w:rPr>
        <w:t>、野菜の購入が全体として下がっているという感覚はあまり</w:t>
      </w:r>
      <w:r w:rsidR="00FB3931">
        <w:rPr>
          <w:rFonts w:ascii="HG丸ｺﾞｼｯｸM-PRO" w:eastAsia="HG丸ｺﾞｼｯｸM-PRO" w:hAnsi="HG丸ｺﾞｼｯｸM-PRO" w:hint="eastAsia"/>
          <w:sz w:val="22"/>
          <w:lang w:eastAsia="ja-JP"/>
        </w:rPr>
        <w:t>ない</w:t>
      </w:r>
      <w:r w:rsidRPr="007702C1">
        <w:rPr>
          <w:rFonts w:ascii="HG丸ｺﾞｼｯｸM-PRO" w:eastAsia="HG丸ｺﾞｼｯｸM-PRO" w:hAnsi="HG丸ｺﾞｼｯｸM-PRO"/>
          <w:sz w:val="22"/>
          <w:lang w:eastAsia="ja-JP"/>
        </w:rPr>
        <w:t>。ただ、地場野菜については、猛暑の影響で十分な量が流通しないこともあり、地産地消を進めにくい面はあると感じ</w:t>
      </w:r>
      <w:r w:rsidR="00FB39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52A9AA38" w14:textId="77777777" w:rsidR="007702C1" w:rsidRPr="007702C1" w:rsidRDefault="007702C1" w:rsidP="00FB3931">
      <w:pPr>
        <w:spacing w:after="0" w:line="240" w:lineRule="auto"/>
        <w:rPr>
          <w:rFonts w:ascii="HG丸ｺﾞｼｯｸM-PRO" w:eastAsia="HG丸ｺﾞｼｯｸM-PRO" w:hAnsi="HG丸ｺﾞｼｯｸM-PRO"/>
          <w:sz w:val="22"/>
          <w:lang w:eastAsia="ja-JP"/>
        </w:rPr>
      </w:pPr>
    </w:p>
    <w:p w14:paraId="0D90CB4F"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3C75E99B" w14:textId="7F5118F4"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働き盛り世代</w:t>
      </w:r>
      <w:r w:rsidR="00FB3931">
        <w:rPr>
          <w:rFonts w:ascii="HG丸ｺﾞｼｯｸM-PRO" w:eastAsia="HG丸ｺﾞｼｯｸM-PRO" w:hAnsi="HG丸ｺﾞｼｯｸM-PRO" w:hint="eastAsia"/>
          <w:sz w:val="22"/>
          <w:lang w:eastAsia="ja-JP"/>
        </w:rPr>
        <w:t>の食育にどう取り組むかは</w:t>
      </w:r>
      <w:r w:rsidRPr="007702C1">
        <w:rPr>
          <w:rFonts w:ascii="HG丸ｺﾞｼｯｸM-PRO" w:eastAsia="HG丸ｺﾞｼｯｸM-PRO" w:hAnsi="HG丸ｺﾞｼｯｸM-PRO"/>
          <w:sz w:val="22"/>
          <w:lang w:eastAsia="ja-JP"/>
        </w:rPr>
        <w:t>、保健所の中でも話題になってい</w:t>
      </w:r>
      <w:r w:rsidR="00FB39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。健康経営の取組が進んでいる大きな企業もあ</w:t>
      </w:r>
      <w:r w:rsidR="00FB39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が、そうした取組が難しい中小企業の働き盛り世代にどう働きかけるか、大きな課題だと思</w:t>
      </w:r>
      <w:r w:rsidR="00FB39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。商工会などとも連携しながら、少しずつ進めていきたい。</w:t>
      </w:r>
    </w:p>
    <w:p w14:paraId="38CCF0E2" w14:textId="77777777" w:rsid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11B0BDB9" w14:textId="77777777" w:rsidR="00E0253D" w:rsidRPr="00E0253D" w:rsidRDefault="00E0253D"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3E8229BC"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lastRenderedPageBreak/>
        <w:t>〇</w:t>
      </w:r>
      <w:r w:rsidRPr="007702C1">
        <w:rPr>
          <w:rFonts w:ascii="HG丸ｺﾞｼｯｸM-PRO" w:eastAsia="HG丸ｺﾞｼｯｸM-PRO" w:hAnsi="HG丸ｺﾞｼｯｸM-PRO"/>
          <w:b/>
          <w:sz w:val="22"/>
          <w:lang w:eastAsia="ja-JP"/>
        </w:rPr>
        <w:t>事務局</w:t>
      </w:r>
    </w:p>
    <w:p w14:paraId="128FBBD9" w14:textId="48624C2A"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市でも企業へのメール等で</w:t>
      </w:r>
      <w:r w:rsidR="00FB3931">
        <w:rPr>
          <w:rFonts w:ascii="HG丸ｺﾞｼｯｸM-PRO" w:eastAsia="HG丸ｺﾞｼｯｸM-PRO" w:hAnsi="HG丸ｺﾞｼｯｸM-PRO" w:hint="eastAsia"/>
          <w:sz w:val="22"/>
          <w:lang w:eastAsia="ja-JP"/>
        </w:rPr>
        <w:t>栄養について</w:t>
      </w:r>
      <w:r w:rsidRPr="007702C1">
        <w:rPr>
          <w:rFonts w:ascii="HG丸ｺﾞｼｯｸM-PRO" w:eastAsia="HG丸ｺﾞｼｯｸM-PRO" w:hAnsi="HG丸ｺﾞｼｯｸM-PRO"/>
          <w:sz w:val="22"/>
          <w:lang w:eastAsia="ja-JP"/>
        </w:rPr>
        <w:t>周知を行ってい</w:t>
      </w:r>
      <w:r w:rsidR="00E0253D">
        <w:rPr>
          <w:rFonts w:ascii="HG丸ｺﾞｼｯｸM-PRO" w:eastAsia="HG丸ｺﾞｼｯｸM-PRO" w:hAnsi="HG丸ｺﾞｼｯｸM-PRO" w:hint="eastAsia"/>
          <w:sz w:val="22"/>
          <w:lang w:eastAsia="ja-JP"/>
        </w:rPr>
        <w:t>るものの</w:t>
      </w:r>
      <w:r w:rsidRPr="007702C1">
        <w:rPr>
          <w:rFonts w:ascii="HG丸ｺﾞｼｯｸM-PRO" w:eastAsia="HG丸ｺﾞｼｯｸM-PRO" w:hAnsi="HG丸ｺﾞｼｯｸM-PRO"/>
          <w:sz w:val="22"/>
          <w:lang w:eastAsia="ja-JP"/>
        </w:rPr>
        <w:t>、なかなか届きにくいところが</w:t>
      </w:r>
      <w:r w:rsidR="00FB3931">
        <w:rPr>
          <w:rFonts w:ascii="HG丸ｺﾞｼｯｸM-PRO" w:eastAsia="HG丸ｺﾞｼｯｸM-PRO" w:hAnsi="HG丸ｺﾞｼｯｸM-PRO" w:hint="eastAsia"/>
          <w:sz w:val="22"/>
          <w:lang w:eastAsia="ja-JP"/>
        </w:rPr>
        <w:t>課題である</w:t>
      </w:r>
      <w:r w:rsidRPr="007702C1">
        <w:rPr>
          <w:rFonts w:ascii="HG丸ｺﾞｼｯｸM-PRO" w:eastAsia="HG丸ｺﾞｼｯｸM-PRO" w:hAnsi="HG丸ｺﾞｼｯｸM-PRO"/>
          <w:sz w:val="22"/>
          <w:lang w:eastAsia="ja-JP"/>
        </w:rPr>
        <w:t>。食育や食に関する情報を届けるための有効な方法やツールについて</w:t>
      </w:r>
      <w:r w:rsidR="00FB3931">
        <w:rPr>
          <w:rFonts w:ascii="HG丸ｺﾞｼｯｸM-PRO" w:eastAsia="HG丸ｺﾞｼｯｸM-PRO" w:hAnsi="HG丸ｺﾞｼｯｸM-PRO" w:hint="eastAsia"/>
          <w:sz w:val="22"/>
          <w:lang w:eastAsia="ja-JP"/>
        </w:rPr>
        <w:t>考えていきたい</w:t>
      </w:r>
      <w:r w:rsidRPr="007702C1">
        <w:rPr>
          <w:rFonts w:ascii="HG丸ｺﾞｼｯｸM-PRO" w:eastAsia="HG丸ｺﾞｼｯｸM-PRO" w:hAnsi="HG丸ｺﾞｼｯｸM-PRO"/>
          <w:sz w:val="22"/>
          <w:lang w:eastAsia="ja-JP"/>
        </w:rPr>
        <w:t>。</w:t>
      </w:r>
    </w:p>
    <w:p w14:paraId="178C27CF"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06D44967"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7FA91077" w14:textId="27EAA3E8" w:rsidR="007702C1"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私たちは保育園にも出向いて、子どもたちにお茶のおもてなしの仕方を教えて</w:t>
      </w:r>
      <w:r w:rsidR="00FC1713">
        <w:rPr>
          <w:rFonts w:ascii="HG丸ｺﾞｼｯｸM-PRO" w:eastAsia="HG丸ｺﾞｼｯｸM-PRO" w:hAnsi="HG丸ｺﾞｼｯｸM-PRO" w:hint="eastAsia"/>
          <w:sz w:val="22"/>
          <w:lang w:eastAsia="ja-JP"/>
        </w:rPr>
        <w:t>おり、</w:t>
      </w:r>
      <w:r w:rsidRPr="007702C1">
        <w:rPr>
          <w:rFonts w:ascii="HG丸ｺﾞｼｯｸM-PRO" w:eastAsia="HG丸ｺﾞｼｯｸM-PRO" w:hAnsi="HG丸ｺﾞｼｯｸM-PRO"/>
          <w:sz w:val="22"/>
          <w:lang w:eastAsia="ja-JP"/>
        </w:rPr>
        <w:t>その活動を通して、最終的には保護者の方にも接する機会があ</w:t>
      </w:r>
      <w:r w:rsidR="00FC1713">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例えば保育園の遠足に、生産者の方とつながる体験をプラスし、野菜がどのように育っているのかを見</w:t>
      </w:r>
      <w:r w:rsidR="00FB3931">
        <w:rPr>
          <w:rFonts w:ascii="HG丸ｺﾞｼｯｸM-PRO" w:eastAsia="HG丸ｺﾞｼｯｸM-PRO" w:hAnsi="HG丸ｺﾞｼｯｸM-PRO" w:hint="eastAsia"/>
          <w:sz w:val="22"/>
          <w:lang w:eastAsia="ja-JP"/>
        </w:rPr>
        <w:t>るといった</w:t>
      </w:r>
      <w:r w:rsidRPr="007702C1">
        <w:rPr>
          <w:rFonts w:ascii="HG丸ｺﾞｼｯｸM-PRO" w:eastAsia="HG丸ｺﾞｼｯｸM-PRO" w:hAnsi="HG丸ｺﾞｼｯｸM-PRO"/>
          <w:sz w:val="22"/>
          <w:lang w:eastAsia="ja-JP"/>
        </w:rPr>
        <w:t>取組も考えられるのではないか。子どもだけでなく、保護者にも見てもらうことが大切だと思</w:t>
      </w:r>
      <w:r w:rsidR="00FB39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679EDDC6" w14:textId="1F8CA272"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野菜摂取を</w:t>
      </w:r>
      <w:r w:rsidR="00FC1713">
        <w:rPr>
          <w:rFonts w:ascii="HG丸ｺﾞｼｯｸM-PRO" w:eastAsia="HG丸ｺﾞｼｯｸM-PRO" w:hAnsi="HG丸ｺﾞｼｯｸM-PRO" w:hint="eastAsia"/>
          <w:sz w:val="22"/>
          <w:lang w:eastAsia="ja-JP"/>
        </w:rPr>
        <w:t>増やす取組は</w:t>
      </w:r>
      <w:r w:rsidRPr="007702C1">
        <w:rPr>
          <w:rFonts w:ascii="HG丸ｺﾞｼｯｸM-PRO" w:eastAsia="HG丸ｺﾞｼｯｸM-PRO" w:hAnsi="HG丸ｺﾞｼｯｸM-PRO"/>
          <w:sz w:val="22"/>
          <w:lang w:eastAsia="ja-JP"/>
        </w:rPr>
        <w:t>若い世代がターゲットになると思</w:t>
      </w:r>
      <w:r w:rsidR="00FB39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ので、若い保護者に働きかけることや、高校生のうちに生産現場を見</w:t>
      </w:r>
      <w:r w:rsidR="000D428A">
        <w:rPr>
          <w:rFonts w:ascii="HG丸ｺﾞｼｯｸM-PRO" w:eastAsia="HG丸ｺﾞｼｯｸM-PRO" w:hAnsi="HG丸ｺﾞｼｯｸM-PRO" w:hint="eastAsia"/>
          <w:sz w:val="22"/>
          <w:lang w:eastAsia="ja-JP"/>
        </w:rPr>
        <w:t>ておく</w:t>
      </w:r>
      <w:r w:rsidRPr="007702C1">
        <w:rPr>
          <w:rFonts w:ascii="HG丸ｺﾞｼｯｸM-PRO" w:eastAsia="HG丸ｺﾞｼｯｸM-PRO" w:hAnsi="HG丸ｺﾞｼｯｸM-PRO"/>
          <w:sz w:val="22"/>
          <w:lang w:eastAsia="ja-JP"/>
        </w:rPr>
        <w:t>ことは非常に大事だと思</w:t>
      </w:r>
      <w:r w:rsidR="00FB39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48131185" w14:textId="77777777" w:rsidR="004A29EE" w:rsidRDefault="004A29EE"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2287DF60"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54AED0A4" w14:textId="68FE68FC"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地域で</w:t>
      </w:r>
      <w:r w:rsidR="0033161F">
        <w:rPr>
          <w:rFonts w:ascii="HG丸ｺﾞｼｯｸM-PRO" w:eastAsia="HG丸ｺﾞｼｯｸM-PRO" w:hAnsi="HG丸ｺﾞｼｯｸM-PRO" w:hint="eastAsia"/>
          <w:sz w:val="22"/>
          <w:lang w:eastAsia="ja-JP"/>
        </w:rPr>
        <w:t>の</w:t>
      </w:r>
      <w:r w:rsidRPr="007702C1">
        <w:rPr>
          <w:rFonts w:ascii="HG丸ｺﾞｼｯｸM-PRO" w:eastAsia="HG丸ｺﾞｼｯｸM-PRO" w:hAnsi="HG丸ｺﾞｼｯｸM-PRO"/>
          <w:sz w:val="22"/>
          <w:lang w:eastAsia="ja-JP"/>
        </w:rPr>
        <w:t>食</w:t>
      </w:r>
      <w:r w:rsidR="0033161F">
        <w:rPr>
          <w:rFonts w:ascii="HG丸ｺﾞｼｯｸM-PRO" w:eastAsia="HG丸ｺﾞｼｯｸM-PRO" w:hAnsi="HG丸ｺﾞｼｯｸM-PRO" w:hint="eastAsia"/>
          <w:sz w:val="22"/>
          <w:lang w:eastAsia="ja-JP"/>
        </w:rPr>
        <w:t>育の</w:t>
      </w:r>
      <w:r w:rsidRPr="007702C1">
        <w:rPr>
          <w:rFonts w:ascii="HG丸ｺﾞｼｯｸM-PRO" w:eastAsia="HG丸ｺﾞｼｯｸM-PRO" w:hAnsi="HG丸ｺﾞｼｯｸM-PRO"/>
          <w:sz w:val="22"/>
          <w:lang w:eastAsia="ja-JP"/>
        </w:rPr>
        <w:t>担い手として、ヘルスメイトの</w:t>
      </w:r>
      <w:r w:rsidR="0033161F">
        <w:rPr>
          <w:rFonts w:ascii="HG丸ｺﾞｼｯｸM-PRO" w:eastAsia="HG丸ｺﾞｼｯｸM-PRO" w:hAnsi="HG丸ｺﾞｼｯｸM-PRO" w:hint="eastAsia"/>
          <w:sz w:val="22"/>
          <w:lang w:eastAsia="ja-JP"/>
        </w:rPr>
        <w:t>方々</w:t>
      </w:r>
      <w:r w:rsidRPr="007702C1">
        <w:rPr>
          <w:rFonts w:ascii="HG丸ｺﾞｼｯｸM-PRO" w:eastAsia="HG丸ｺﾞｼｯｸM-PRO" w:hAnsi="HG丸ｺﾞｼｯｸM-PRO"/>
          <w:sz w:val="22"/>
          <w:lang w:eastAsia="ja-JP"/>
        </w:rPr>
        <w:t>に活動していただいて</w:t>
      </w:r>
      <w:r w:rsidR="0033161F">
        <w:rPr>
          <w:rFonts w:ascii="HG丸ｺﾞｼｯｸM-PRO" w:eastAsia="HG丸ｺﾞｼｯｸM-PRO" w:hAnsi="HG丸ｺﾞｼｯｸM-PRO" w:hint="eastAsia"/>
          <w:sz w:val="22"/>
          <w:lang w:eastAsia="ja-JP"/>
        </w:rPr>
        <w:t>いる</w:t>
      </w:r>
      <w:r w:rsidRPr="007702C1">
        <w:rPr>
          <w:rFonts w:ascii="HG丸ｺﾞｼｯｸM-PRO" w:eastAsia="HG丸ｺﾞｼｯｸM-PRO" w:hAnsi="HG丸ｺﾞｼｯｸM-PRO"/>
          <w:sz w:val="22"/>
          <w:lang w:eastAsia="ja-JP"/>
        </w:rPr>
        <w:t>一方で、高齢化や共働き、定年延長などにより、若い方が入りにくくなっている状況もあると思</w:t>
      </w:r>
      <w:r w:rsidR="0033161F">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。現場ではどのように感じておられ</w:t>
      </w:r>
      <w:r w:rsidR="0033161F">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か。</w:t>
      </w:r>
    </w:p>
    <w:p w14:paraId="44F34206"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1910B4A2"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298F2216" w14:textId="581C809C" w:rsid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ヘルスメイトは、養成講座を修了した人が会員になる仕組み</w:t>
      </w:r>
      <w:r w:rsidR="0033161F">
        <w:rPr>
          <w:rFonts w:ascii="HG丸ｺﾞｼｯｸM-PRO" w:eastAsia="HG丸ｺﾞｼｯｸM-PRO" w:hAnsi="HG丸ｺﾞｼｯｸM-PRO" w:hint="eastAsia"/>
          <w:sz w:val="22"/>
          <w:lang w:eastAsia="ja-JP"/>
        </w:rPr>
        <w:t>のため</w:t>
      </w:r>
      <w:r w:rsidRPr="007702C1">
        <w:rPr>
          <w:rFonts w:ascii="HG丸ｺﾞｼｯｸM-PRO" w:eastAsia="HG丸ｺﾞｼｯｸM-PRO" w:hAnsi="HG丸ｺﾞｼｯｸM-PRO"/>
          <w:sz w:val="22"/>
          <w:lang w:eastAsia="ja-JP"/>
        </w:rPr>
        <w:t>、誰でもすぐ入れるわけでは</w:t>
      </w:r>
      <w:r w:rsidR="0033161F">
        <w:rPr>
          <w:rFonts w:ascii="HG丸ｺﾞｼｯｸM-PRO" w:eastAsia="HG丸ｺﾞｼｯｸM-PRO" w:hAnsi="HG丸ｺﾞｼｯｸM-PRO" w:hint="eastAsia"/>
          <w:sz w:val="22"/>
          <w:lang w:eastAsia="ja-JP"/>
        </w:rPr>
        <w:t>ない</w:t>
      </w:r>
      <w:r w:rsidRPr="007702C1">
        <w:rPr>
          <w:rFonts w:ascii="HG丸ｺﾞｼｯｸM-PRO" w:eastAsia="HG丸ｺﾞｼｯｸM-PRO" w:hAnsi="HG丸ｺﾞｼｯｸM-PRO"/>
          <w:sz w:val="22"/>
          <w:lang w:eastAsia="ja-JP"/>
        </w:rPr>
        <w:t>。一般公募も大切</w:t>
      </w:r>
      <w:r w:rsidR="0033161F">
        <w:rPr>
          <w:rFonts w:ascii="HG丸ｺﾞｼｯｸM-PRO" w:eastAsia="HG丸ｺﾞｼｯｸM-PRO" w:hAnsi="HG丸ｺﾞｼｯｸM-PRO" w:hint="eastAsia"/>
          <w:sz w:val="22"/>
          <w:lang w:eastAsia="ja-JP"/>
        </w:rPr>
        <w:t>だ</w:t>
      </w:r>
      <w:r w:rsidRPr="007702C1">
        <w:rPr>
          <w:rFonts w:ascii="HG丸ｺﾞｼｯｸM-PRO" w:eastAsia="HG丸ｺﾞｼｯｸM-PRO" w:hAnsi="HG丸ｺﾞｼｯｸM-PRO"/>
          <w:sz w:val="22"/>
          <w:lang w:eastAsia="ja-JP"/>
        </w:rPr>
        <w:t>が、地域で</w:t>
      </w:r>
      <w:r w:rsidR="0033161F">
        <w:rPr>
          <w:rFonts w:ascii="HG丸ｺﾞｼｯｸM-PRO" w:eastAsia="HG丸ｺﾞｼｯｸM-PRO" w:hAnsi="HG丸ｺﾞｼｯｸM-PRO" w:hint="eastAsia"/>
          <w:sz w:val="22"/>
          <w:lang w:eastAsia="ja-JP"/>
        </w:rPr>
        <w:t>開催している</w:t>
      </w:r>
      <w:r w:rsidRPr="007702C1">
        <w:rPr>
          <w:rFonts w:ascii="HG丸ｺﾞｼｯｸM-PRO" w:eastAsia="HG丸ｺﾞｼｯｸM-PRO" w:hAnsi="HG丸ｺﾞｼｯｸM-PRO"/>
          <w:sz w:val="22"/>
          <w:lang w:eastAsia="ja-JP"/>
        </w:rPr>
        <w:t>料理教室に来ている方に声をかけて</w:t>
      </w:r>
      <w:r w:rsidR="0033161F">
        <w:rPr>
          <w:rFonts w:ascii="HG丸ｺﾞｼｯｸM-PRO" w:eastAsia="HG丸ｺﾞｼｯｸM-PRO" w:hAnsi="HG丸ｺﾞｼｯｸM-PRO" w:hint="eastAsia"/>
          <w:sz w:val="22"/>
          <w:lang w:eastAsia="ja-JP"/>
        </w:rPr>
        <w:t>いる</w:t>
      </w:r>
      <w:r w:rsidRPr="007702C1">
        <w:rPr>
          <w:rFonts w:ascii="HG丸ｺﾞｼｯｸM-PRO" w:eastAsia="HG丸ｺﾞｼｯｸM-PRO" w:hAnsi="HG丸ｺﾞｼｯｸM-PRO"/>
          <w:sz w:val="22"/>
          <w:lang w:eastAsia="ja-JP"/>
        </w:rPr>
        <w:t>。</w:t>
      </w:r>
    </w:p>
    <w:p w14:paraId="4497ADD1" w14:textId="43A3E76A"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以前は養成講座</w:t>
      </w:r>
      <w:r w:rsidR="0033161F">
        <w:rPr>
          <w:rFonts w:ascii="HG丸ｺﾞｼｯｸM-PRO" w:eastAsia="HG丸ｺﾞｼｯｸM-PRO" w:hAnsi="HG丸ｺﾞｼｯｸM-PRO" w:hint="eastAsia"/>
          <w:sz w:val="22"/>
          <w:lang w:eastAsia="ja-JP"/>
        </w:rPr>
        <w:t>に</w:t>
      </w:r>
      <w:r w:rsidRPr="007702C1">
        <w:rPr>
          <w:rFonts w:ascii="HG丸ｺﾞｼｯｸM-PRO" w:eastAsia="HG丸ｺﾞｼｯｸM-PRO" w:hAnsi="HG丸ｺﾞｼｯｸM-PRO"/>
          <w:sz w:val="22"/>
          <w:lang w:eastAsia="ja-JP"/>
        </w:rPr>
        <w:t>80人を超える受講者がいた時期もあ</w:t>
      </w:r>
      <w:r w:rsidR="00E0253D">
        <w:rPr>
          <w:rFonts w:ascii="HG丸ｺﾞｼｯｸM-PRO" w:eastAsia="HG丸ｺﾞｼｯｸM-PRO" w:hAnsi="HG丸ｺﾞｼｯｸM-PRO" w:hint="eastAsia"/>
          <w:sz w:val="22"/>
          <w:lang w:eastAsia="ja-JP"/>
        </w:rPr>
        <w:t>った</w:t>
      </w:r>
      <w:r w:rsidRPr="007702C1">
        <w:rPr>
          <w:rFonts w:ascii="HG丸ｺﾞｼｯｸM-PRO" w:eastAsia="HG丸ｺﾞｼｯｸM-PRO" w:hAnsi="HG丸ｺﾞｼｯｸM-PRO"/>
          <w:sz w:val="22"/>
          <w:lang w:eastAsia="ja-JP"/>
        </w:rPr>
        <w:t>が、今は20人程度</w:t>
      </w:r>
      <w:r w:rsidR="0033161F">
        <w:rPr>
          <w:rFonts w:ascii="HG丸ｺﾞｼｯｸM-PRO" w:eastAsia="HG丸ｺﾞｼｯｸM-PRO" w:hAnsi="HG丸ｺﾞｼｯｸM-PRO" w:hint="eastAsia"/>
          <w:sz w:val="22"/>
          <w:lang w:eastAsia="ja-JP"/>
        </w:rPr>
        <w:t>で、</w:t>
      </w:r>
      <w:r w:rsidRPr="007702C1">
        <w:rPr>
          <w:rFonts w:ascii="HG丸ｺﾞｼｯｸM-PRO" w:eastAsia="HG丸ｺﾞｼｯｸM-PRO" w:hAnsi="HG丸ｺﾞｼｯｸM-PRO"/>
          <w:sz w:val="22"/>
          <w:lang w:eastAsia="ja-JP"/>
        </w:rPr>
        <w:t>受講生を増やしていく努力が必要だと感じて</w:t>
      </w:r>
      <w:r w:rsidR="007D2231">
        <w:rPr>
          <w:rFonts w:ascii="HG丸ｺﾞｼｯｸM-PRO" w:eastAsia="HG丸ｺﾞｼｯｸM-PRO" w:hAnsi="HG丸ｺﾞｼｯｸM-PRO" w:hint="eastAsia"/>
          <w:sz w:val="22"/>
          <w:lang w:eastAsia="ja-JP"/>
        </w:rPr>
        <w:t>おり、</w:t>
      </w:r>
      <w:r w:rsidRPr="007702C1">
        <w:rPr>
          <w:rFonts w:ascii="HG丸ｺﾞｼｯｸM-PRO" w:eastAsia="HG丸ｺﾞｼｯｸM-PRO" w:hAnsi="HG丸ｺﾞｼｯｸM-PRO"/>
          <w:sz w:val="22"/>
          <w:lang w:eastAsia="ja-JP"/>
        </w:rPr>
        <w:t>理事会でも話をしたいと思ってい</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7F88711E"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1E93FB74"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事務局</w:t>
      </w:r>
    </w:p>
    <w:p w14:paraId="09F40285" w14:textId="0CB5530C"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市としても、オンライン申込みなどを活用しながら周知を工夫していきたい。また、保護者や企業など様々なところを通じて食生活について伝える方法を考えていきたい。野菜摂取についても、推定野菜摂取量を測定する機器を導入しており、</w:t>
      </w:r>
      <w:r w:rsidR="007D2231">
        <w:rPr>
          <w:rFonts w:ascii="HG丸ｺﾞｼｯｸM-PRO" w:eastAsia="HG丸ｺﾞｼｯｸM-PRO" w:hAnsi="HG丸ｺﾞｼｯｸM-PRO" w:hint="eastAsia"/>
          <w:sz w:val="22"/>
          <w:lang w:eastAsia="ja-JP"/>
        </w:rPr>
        <w:t>様々</w:t>
      </w:r>
      <w:r w:rsidRPr="007702C1">
        <w:rPr>
          <w:rFonts w:ascii="HG丸ｺﾞｼｯｸM-PRO" w:eastAsia="HG丸ｺﾞｼｯｸM-PRO" w:hAnsi="HG丸ｺﾞｼｯｸM-PRO"/>
          <w:sz w:val="22"/>
          <w:lang w:eastAsia="ja-JP"/>
        </w:rPr>
        <w:t>な場面で活用しながら取組を進めていきたい。</w:t>
      </w:r>
    </w:p>
    <w:p w14:paraId="00E37EAE"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11168C1" w14:textId="77777777" w:rsidR="00C234CC" w:rsidRPr="007702C1" w:rsidRDefault="00BA55E3" w:rsidP="007D2231">
      <w:pPr>
        <w:spacing w:after="0" w:line="240" w:lineRule="auto"/>
        <w:ind w:leftChars="100" w:left="210"/>
        <w:rPr>
          <w:rFonts w:ascii="HG丸ｺﾞｼｯｸM-PRO" w:eastAsia="HG丸ｺﾞｼｯｸM-PRO" w:hAnsi="HG丸ｺﾞｼｯｸM-PRO"/>
          <w:b/>
          <w:bCs/>
          <w:sz w:val="22"/>
          <w:lang w:eastAsia="ja-JP"/>
        </w:rPr>
      </w:pPr>
      <w:r w:rsidRPr="007702C1">
        <w:rPr>
          <w:rFonts w:ascii="HG丸ｺﾞｼｯｸM-PRO" w:eastAsia="HG丸ｺﾞｼｯｸM-PRO" w:hAnsi="HG丸ｺﾞｼｯｸM-PRO"/>
          <w:b/>
          <w:bCs/>
          <w:sz w:val="22"/>
          <w:lang w:eastAsia="ja-JP"/>
        </w:rPr>
        <w:t>（2）方向性2「食卓と生産現場をつなぎ、食文化を次世代に伝える食育の推進」について</w:t>
      </w:r>
    </w:p>
    <w:p w14:paraId="30EE77E1"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66450D6B" w14:textId="43050A30"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15年ほど前に「</w:t>
      </w:r>
      <w:r w:rsidR="007D2231">
        <w:rPr>
          <w:rFonts w:ascii="HG丸ｺﾞｼｯｸM-PRO" w:eastAsia="HG丸ｺﾞｼｯｸM-PRO" w:hAnsi="HG丸ｺﾞｼｯｸM-PRO" w:hint="eastAsia"/>
          <w:sz w:val="22"/>
          <w:lang w:eastAsia="ja-JP"/>
        </w:rPr>
        <w:t>大豆</w:t>
      </w:r>
      <w:r w:rsidRPr="007702C1">
        <w:rPr>
          <w:rFonts w:ascii="HG丸ｺﾞｼｯｸM-PRO" w:eastAsia="HG丸ｺﾞｼｯｸM-PRO" w:hAnsi="HG丸ｺﾞｼｯｸM-PRO"/>
          <w:sz w:val="22"/>
          <w:lang w:eastAsia="ja-JP"/>
        </w:rPr>
        <w:t>100</w:t>
      </w:r>
      <w:r w:rsidR="007D2231">
        <w:rPr>
          <w:rFonts w:ascii="HG丸ｺﾞｼｯｸM-PRO" w:eastAsia="HG丸ｺﾞｼｯｸM-PRO" w:hAnsi="HG丸ｺﾞｼｯｸM-PRO" w:hint="eastAsia"/>
          <w:sz w:val="22"/>
          <w:lang w:eastAsia="ja-JP"/>
        </w:rPr>
        <w:t>粒</w:t>
      </w:r>
      <w:r w:rsidRPr="007702C1">
        <w:rPr>
          <w:rFonts w:ascii="HG丸ｺﾞｼｯｸM-PRO" w:eastAsia="HG丸ｺﾞｼｯｸM-PRO" w:hAnsi="HG丸ｺﾞｼｯｸM-PRO"/>
          <w:sz w:val="22"/>
          <w:lang w:eastAsia="ja-JP"/>
        </w:rPr>
        <w:t>運動」という活動を始め、10年間続けた。その後、コロナ禍で5年ほど休</w:t>
      </w:r>
      <w:r w:rsidR="007D2231">
        <w:rPr>
          <w:rFonts w:ascii="HG丸ｺﾞｼｯｸM-PRO" w:eastAsia="HG丸ｺﾞｼｯｸM-PRO" w:hAnsi="HG丸ｺﾞｼｯｸM-PRO" w:hint="eastAsia"/>
          <w:sz w:val="22"/>
          <w:lang w:eastAsia="ja-JP"/>
        </w:rPr>
        <w:t>んでいた</w:t>
      </w:r>
      <w:r w:rsidRPr="007702C1">
        <w:rPr>
          <w:rFonts w:ascii="HG丸ｺﾞｼｯｸM-PRO" w:eastAsia="HG丸ｺﾞｼｯｸM-PRO" w:hAnsi="HG丸ｺﾞｼｯｸM-PRO"/>
          <w:sz w:val="22"/>
          <w:lang w:eastAsia="ja-JP"/>
        </w:rPr>
        <w:t>が、昨年度から兵庫小学校の4年生</w:t>
      </w:r>
      <w:r w:rsidR="007D2231">
        <w:rPr>
          <w:rFonts w:ascii="HG丸ｺﾞｼｯｸM-PRO" w:eastAsia="HG丸ｺﾞｼｯｸM-PRO" w:hAnsi="HG丸ｺﾞｼｯｸM-PRO" w:hint="eastAsia"/>
          <w:sz w:val="22"/>
          <w:lang w:eastAsia="ja-JP"/>
        </w:rPr>
        <w:t>で取組を</w:t>
      </w:r>
      <w:r w:rsidRPr="007702C1">
        <w:rPr>
          <w:rFonts w:ascii="HG丸ｺﾞｼｯｸM-PRO" w:eastAsia="HG丸ｺﾞｼｯｸM-PRO" w:hAnsi="HG丸ｺﾞｼｯｸM-PRO"/>
          <w:sz w:val="22"/>
          <w:lang w:eastAsia="ja-JP"/>
        </w:rPr>
        <w:t>再開し、今年度は開成小学校の4年生と実施する予定。食育も農業体験も、みんなの力を合わせないと絶対にでき</w:t>
      </w:r>
      <w:r w:rsidR="007D2231">
        <w:rPr>
          <w:rFonts w:ascii="HG丸ｺﾞｼｯｸM-PRO" w:eastAsia="HG丸ｺﾞｼｯｸM-PRO" w:hAnsi="HG丸ｺﾞｼｯｸM-PRO" w:hint="eastAsia"/>
          <w:sz w:val="22"/>
          <w:lang w:eastAsia="ja-JP"/>
        </w:rPr>
        <w:t>ない</w:t>
      </w:r>
      <w:r w:rsidRPr="007702C1">
        <w:rPr>
          <w:rFonts w:ascii="HG丸ｺﾞｼｯｸM-PRO" w:eastAsia="HG丸ｺﾞｼｯｸM-PRO" w:hAnsi="HG丸ｺﾞｼｯｸM-PRO"/>
          <w:sz w:val="22"/>
          <w:lang w:eastAsia="ja-JP"/>
        </w:rPr>
        <w:t>。市役所の中でも、いろいろな部署や関係者がつながらないと難しいと思</w:t>
      </w:r>
      <w:r w:rsidR="007D22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2A33FF79" w14:textId="3795D8D6" w:rsid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私は学校評議員もしてい</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が、佐賀は農業県なのに、職場体験で農業の現場に行く機会が少ないのではないかという話をしたことがあ</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。生産者が人手を必要としている時期に、学校の職場体験などで子どもたちが現場に行くことができれば、生産者も喜ばれる</w:t>
      </w:r>
      <w:r w:rsidR="007D2231">
        <w:rPr>
          <w:rFonts w:ascii="HG丸ｺﾞｼｯｸM-PRO" w:eastAsia="HG丸ｺﾞｼｯｸM-PRO" w:hAnsi="HG丸ｺﾞｼｯｸM-PRO" w:hint="eastAsia"/>
          <w:sz w:val="22"/>
          <w:lang w:eastAsia="ja-JP"/>
        </w:rPr>
        <w:t>のではないか</w:t>
      </w:r>
      <w:r w:rsidRPr="007702C1">
        <w:rPr>
          <w:rFonts w:ascii="HG丸ｺﾞｼｯｸM-PRO" w:eastAsia="HG丸ｺﾞｼｯｸM-PRO" w:hAnsi="HG丸ｺﾞｼｯｸM-PRO"/>
          <w:sz w:val="22"/>
          <w:lang w:eastAsia="ja-JP"/>
        </w:rPr>
        <w:t>。家庭科の先生方などとも組んで、提案していければ</w:t>
      </w:r>
      <w:r w:rsidR="007D2231">
        <w:rPr>
          <w:rFonts w:ascii="HG丸ｺﾞｼｯｸM-PRO" w:eastAsia="HG丸ｺﾞｼｯｸM-PRO" w:hAnsi="HG丸ｺﾞｼｯｸM-PRO" w:hint="eastAsia"/>
          <w:sz w:val="22"/>
          <w:lang w:eastAsia="ja-JP"/>
        </w:rPr>
        <w:t>い</w:t>
      </w:r>
      <w:r w:rsidRPr="007702C1">
        <w:rPr>
          <w:rFonts w:ascii="HG丸ｺﾞｼｯｸM-PRO" w:eastAsia="HG丸ｺﾞｼｯｸM-PRO" w:hAnsi="HG丸ｺﾞｼｯｸM-PRO"/>
          <w:sz w:val="22"/>
          <w:lang w:eastAsia="ja-JP"/>
        </w:rPr>
        <w:t>いのではないかと思</w:t>
      </w:r>
      <w:r w:rsidR="007D22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3B46E128" w14:textId="21951615"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佐賀市産の食材を意識して購入する人の割合も下がってい</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。以前あった取組が終わったことなども、少しは影響しているのではないかと思</w:t>
      </w:r>
      <w:r w:rsidR="007D22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。お金をかけなくてもできる方法を、みんなで知恵を出し合うことが必要。</w:t>
      </w:r>
    </w:p>
    <w:p w14:paraId="29388AF6" w14:textId="627E6E19"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体験を通した活動は、子どもたちの記憶に残</w:t>
      </w:r>
      <w:r w:rsidR="007D2231">
        <w:rPr>
          <w:rFonts w:ascii="HG丸ｺﾞｼｯｸM-PRO" w:eastAsia="HG丸ｺﾞｼｯｸM-PRO" w:hAnsi="HG丸ｺﾞｼｯｸM-PRO" w:hint="eastAsia"/>
          <w:sz w:val="22"/>
          <w:lang w:eastAsia="ja-JP"/>
        </w:rPr>
        <w:t>っている</w:t>
      </w:r>
      <w:r w:rsidRPr="007702C1">
        <w:rPr>
          <w:rFonts w:ascii="HG丸ｺﾞｼｯｸM-PRO" w:eastAsia="HG丸ｺﾞｼｯｸM-PRO" w:hAnsi="HG丸ｺﾞｼｯｸM-PRO"/>
          <w:sz w:val="22"/>
          <w:lang w:eastAsia="ja-JP"/>
        </w:rPr>
        <w:t>。15年以上前に</w:t>
      </w:r>
      <w:r w:rsidR="007D2231">
        <w:rPr>
          <w:rFonts w:ascii="HG丸ｺﾞｼｯｸM-PRO" w:eastAsia="HG丸ｺﾞｼｯｸM-PRO" w:hAnsi="HG丸ｺﾞｼｯｸM-PRO" w:hint="eastAsia"/>
          <w:sz w:val="22"/>
          <w:lang w:eastAsia="ja-JP"/>
        </w:rPr>
        <w:t>大豆100粒運動に</w:t>
      </w:r>
      <w:r w:rsidRPr="007702C1">
        <w:rPr>
          <w:rFonts w:ascii="HG丸ｺﾞｼｯｸM-PRO" w:eastAsia="HG丸ｺﾞｼｯｸM-PRO" w:hAnsi="HG丸ｺﾞｼｯｸM-PRO"/>
          <w:sz w:val="22"/>
          <w:lang w:eastAsia="ja-JP"/>
        </w:rPr>
        <w:t>参加した子どもが、私の名前を覚えていて声をかけてくれ</w:t>
      </w:r>
      <w:r w:rsidR="007D2231">
        <w:rPr>
          <w:rFonts w:ascii="HG丸ｺﾞｼｯｸM-PRO" w:eastAsia="HG丸ｺﾞｼｯｸM-PRO" w:hAnsi="HG丸ｺﾞｼｯｸM-PRO" w:hint="eastAsia"/>
          <w:sz w:val="22"/>
          <w:lang w:eastAsia="ja-JP"/>
        </w:rPr>
        <w:t>た</w:t>
      </w:r>
      <w:r w:rsidRPr="007702C1">
        <w:rPr>
          <w:rFonts w:ascii="HG丸ｺﾞｼｯｸM-PRO" w:eastAsia="HG丸ｺﾞｼｯｸM-PRO" w:hAnsi="HG丸ｺﾞｼｯｸM-PRO"/>
          <w:sz w:val="22"/>
          <w:lang w:eastAsia="ja-JP"/>
        </w:rPr>
        <w:t>こともあ</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。それ</w:t>
      </w:r>
      <w:r w:rsidR="000D428A">
        <w:rPr>
          <w:rFonts w:ascii="HG丸ｺﾞｼｯｸM-PRO" w:eastAsia="HG丸ｺﾞｼｯｸM-PRO" w:hAnsi="HG丸ｺﾞｼｯｸM-PRO" w:hint="eastAsia"/>
          <w:sz w:val="22"/>
          <w:lang w:eastAsia="ja-JP"/>
        </w:rPr>
        <w:t>ほど</w:t>
      </w:r>
      <w:r w:rsidRPr="007702C1">
        <w:rPr>
          <w:rFonts w:ascii="HG丸ｺﾞｼｯｸM-PRO" w:eastAsia="HG丸ｺﾞｼｯｸM-PRO" w:hAnsi="HG丸ｺﾞｼｯｸM-PRO"/>
          <w:sz w:val="22"/>
          <w:lang w:eastAsia="ja-JP"/>
        </w:rPr>
        <w:t>印象に残る活動ができてい</w:t>
      </w:r>
      <w:r w:rsidR="007D2231">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。大人になって子どもができた時に、自分もやってみようと思ってもら</w:t>
      </w:r>
      <w:r w:rsidR="007D2231">
        <w:rPr>
          <w:rFonts w:ascii="HG丸ｺﾞｼｯｸM-PRO" w:eastAsia="HG丸ｺﾞｼｯｸM-PRO" w:hAnsi="HG丸ｺﾞｼｯｸM-PRO" w:hint="eastAsia"/>
          <w:sz w:val="22"/>
          <w:lang w:eastAsia="ja-JP"/>
        </w:rPr>
        <w:t>いたい</w:t>
      </w:r>
      <w:r w:rsidRPr="007702C1">
        <w:rPr>
          <w:rFonts w:ascii="HG丸ｺﾞｼｯｸM-PRO" w:eastAsia="HG丸ｺﾞｼｯｸM-PRO" w:hAnsi="HG丸ｺﾞｼｯｸM-PRO"/>
          <w:sz w:val="22"/>
          <w:lang w:eastAsia="ja-JP"/>
        </w:rPr>
        <w:t>。</w:t>
      </w:r>
      <w:r w:rsidR="007D2231">
        <w:rPr>
          <w:rFonts w:ascii="HG丸ｺﾞｼｯｸM-PRO" w:eastAsia="HG丸ｺﾞｼｯｸM-PRO" w:hAnsi="HG丸ｺﾞｼｯｸM-PRO" w:hint="eastAsia"/>
          <w:sz w:val="22"/>
          <w:lang w:eastAsia="ja-JP"/>
        </w:rPr>
        <w:t>食育は</w:t>
      </w:r>
      <w:r w:rsidRPr="007702C1">
        <w:rPr>
          <w:rFonts w:ascii="HG丸ｺﾞｼｯｸM-PRO" w:eastAsia="HG丸ｺﾞｼｯｸM-PRO" w:hAnsi="HG丸ｺﾞｼｯｸM-PRO"/>
          <w:sz w:val="22"/>
          <w:lang w:eastAsia="ja-JP"/>
        </w:rPr>
        <w:t>すぐに答えが出る活動では</w:t>
      </w:r>
      <w:r w:rsidR="00E0253D">
        <w:rPr>
          <w:rFonts w:ascii="HG丸ｺﾞｼｯｸM-PRO" w:eastAsia="HG丸ｺﾞｼｯｸM-PRO" w:hAnsi="HG丸ｺﾞｼｯｸM-PRO" w:hint="eastAsia"/>
          <w:sz w:val="22"/>
          <w:lang w:eastAsia="ja-JP"/>
        </w:rPr>
        <w:t>ない</w:t>
      </w:r>
      <w:r w:rsidRPr="007702C1">
        <w:rPr>
          <w:rFonts w:ascii="HG丸ｺﾞｼｯｸM-PRO" w:eastAsia="HG丸ｺﾞｼｯｸM-PRO" w:hAnsi="HG丸ｺﾞｼｯｸM-PRO"/>
          <w:sz w:val="22"/>
          <w:lang w:eastAsia="ja-JP"/>
        </w:rPr>
        <w:t>ので、まずはみんなで手をつないでいくことから始めることが大切だと思</w:t>
      </w:r>
      <w:r w:rsidR="007D2231">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7F27F9CB"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4779C216"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61593461" w14:textId="24EB732F" w:rsidR="007702C1" w:rsidRDefault="00572319" w:rsidP="004A29EE">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lastRenderedPageBreak/>
        <w:t>行政</w:t>
      </w:r>
      <w:r w:rsidRPr="007702C1">
        <w:rPr>
          <w:rFonts w:ascii="HG丸ｺﾞｼｯｸM-PRO" w:eastAsia="HG丸ｺﾞｼｯｸM-PRO" w:hAnsi="HG丸ｺﾞｼｯｸM-PRO"/>
          <w:sz w:val="22"/>
          <w:lang w:eastAsia="ja-JP"/>
        </w:rPr>
        <w:t>の皆さんの横のつながりは非常に大事だと思</w:t>
      </w:r>
      <w:r>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。以前、県の旅館組合青年部長をしていた</w:t>
      </w:r>
      <w:r>
        <w:rPr>
          <w:rFonts w:ascii="HG丸ｺﾞｼｯｸM-PRO" w:eastAsia="HG丸ｺﾞｼｯｸM-PRO" w:hAnsi="HG丸ｺﾞｼｯｸM-PRO" w:hint="eastAsia"/>
          <w:sz w:val="22"/>
          <w:lang w:eastAsia="ja-JP"/>
        </w:rPr>
        <w:t>際</w:t>
      </w:r>
      <w:r w:rsidRPr="007702C1">
        <w:rPr>
          <w:rFonts w:ascii="HG丸ｺﾞｼｯｸM-PRO" w:eastAsia="HG丸ｺﾞｼｯｸM-PRO" w:hAnsi="HG丸ｺﾞｼｯｸM-PRO"/>
          <w:sz w:val="22"/>
          <w:lang w:eastAsia="ja-JP"/>
        </w:rPr>
        <w:t>に、県内の旅館で出される海苔</w:t>
      </w:r>
      <w:r>
        <w:rPr>
          <w:rFonts w:ascii="HG丸ｺﾞｼｯｸM-PRO" w:eastAsia="HG丸ｺﾞｼｯｸM-PRO" w:hAnsi="HG丸ｺﾞｼｯｸM-PRO" w:hint="eastAsia"/>
          <w:sz w:val="22"/>
          <w:lang w:eastAsia="ja-JP"/>
        </w:rPr>
        <w:t>が</w:t>
      </w:r>
      <w:r w:rsidRPr="007702C1">
        <w:rPr>
          <w:rFonts w:ascii="HG丸ｺﾞｼｯｸM-PRO" w:eastAsia="HG丸ｺﾞｼｯｸM-PRO" w:hAnsi="HG丸ｺﾞｼｯｸM-PRO"/>
          <w:sz w:val="22"/>
          <w:lang w:eastAsia="ja-JP"/>
        </w:rPr>
        <w:t>、安い味付け海苔を出しているところ、質の高い焼き海苔を出しているところ</w:t>
      </w:r>
      <w:r>
        <w:rPr>
          <w:rFonts w:ascii="HG丸ｺﾞｼｯｸM-PRO" w:eastAsia="HG丸ｺﾞｼｯｸM-PRO" w:hAnsi="HG丸ｺﾞｼｯｸM-PRO" w:hint="eastAsia"/>
          <w:sz w:val="22"/>
          <w:lang w:eastAsia="ja-JP"/>
        </w:rPr>
        <w:t>と別れていた</w:t>
      </w:r>
      <w:r w:rsidRPr="007702C1">
        <w:rPr>
          <w:rFonts w:ascii="HG丸ｺﾞｼｯｸM-PRO" w:eastAsia="HG丸ｺﾞｼｯｸM-PRO" w:hAnsi="HG丸ｺﾞｼｯｸM-PRO"/>
          <w:sz w:val="22"/>
          <w:lang w:eastAsia="ja-JP"/>
        </w:rPr>
        <w:t>。佐賀には全国に誇れる海苔がある</w:t>
      </w:r>
      <w:r>
        <w:rPr>
          <w:rFonts w:ascii="HG丸ｺﾞｼｯｸM-PRO" w:eastAsia="HG丸ｺﾞｼｯｸM-PRO" w:hAnsi="HG丸ｺﾞｼｯｸM-PRO" w:hint="eastAsia"/>
          <w:sz w:val="22"/>
          <w:lang w:eastAsia="ja-JP"/>
        </w:rPr>
        <w:t>ため</w:t>
      </w:r>
      <w:r w:rsidRPr="007702C1">
        <w:rPr>
          <w:rFonts w:ascii="HG丸ｺﾞｼｯｸM-PRO" w:eastAsia="HG丸ｺﾞｼｯｸM-PRO" w:hAnsi="HG丸ｺﾞｼｯｸM-PRO"/>
          <w:sz w:val="22"/>
          <w:lang w:eastAsia="ja-JP"/>
        </w:rPr>
        <w:t>、旅館で焼き海苔を活用する取組を県に持ちかけた。</w:t>
      </w:r>
    </w:p>
    <w:p w14:paraId="5E48CEC7" w14:textId="73BF3ABF"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その際、有明海漁協や県の流通関係、商業・観光関係の部署など、様々なところに協力をお願いし、つないでもら</w:t>
      </w:r>
      <w:r w:rsidR="00067D15">
        <w:rPr>
          <w:rFonts w:ascii="HG丸ｺﾞｼｯｸM-PRO" w:eastAsia="HG丸ｺﾞｼｯｸM-PRO" w:hAnsi="HG丸ｺﾞｼｯｸM-PRO" w:hint="eastAsia"/>
          <w:sz w:val="22"/>
          <w:lang w:eastAsia="ja-JP"/>
        </w:rPr>
        <w:t>っ</w:t>
      </w:r>
      <w:r w:rsidRPr="007702C1">
        <w:rPr>
          <w:rFonts w:ascii="HG丸ｺﾞｼｯｸM-PRO" w:eastAsia="HG丸ｺﾞｼｯｸM-PRO" w:hAnsi="HG丸ｺﾞｼｯｸM-PRO"/>
          <w:sz w:val="22"/>
          <w:lang w:eastAsia="ja-JP"/>
        </w:rPr>
        <w:t>た。旅館組合青年部としても、質のよい佐賀海苔を使うことを呼びかけ、朝食などで提供する取組につなげた。その後は、生海苔を旬の時期に泊まりに来られたお客様に出す取組</w:t>
      </w:r>
      <w:r w:rsidR="00067D15">
        <w:rPr>
          <w:rFonts w:ascii="HG丸ｺﾞｼｯｸM-PRO" w:eastAsia="HG丸ｺﾞｼｯｸM-PRO" w:hAnsi="HG丸ｺﾞｼｯｸM-PRO" w:hint="eastAsia"/>
          <w:sz w:val="22"/>
          <w:lang w:eastAsia="ja-JP"/>
        </w:rPr>
        <w:t>も行った</w:t>
      </w:r>
      <w:r w:rsidRPr="007702C1">
        <w:rPr>
          <w:rFonts w:ascii="HG丸ｺﾞｼｯｸM-PRO" w:eastAsia="HG丸ｺﾞｼｯｸM-PRO" w:hAnsi="HG丸ｺﾞｼｯｸM-PRO"/>
          <w:sz w:val="22"/>
          <w:lang w:eastAsia="ja-JP"/>
        </w:rPr>
        <w:t>。</w:t>
      </w:r>
    </w:p>
    <w:p w14:paraId="579E50D5" w14:textId="77777777" w:rsidR="007702C1" w:rsidRPr="007702C1" w:rsidRDefault="007702C1" w:rsidP="00067D15">
      <w:pPr>
        <w:spacing w:after="0" w:line="240" w:lineRule="auto"/>
        <w:rPr>
          <w:rFonts w:ascii="HG丸ｺﾞｼｯｸM-PRO" w:eastAsia="HG丸ｺﾞｼｯｸM-PRO" w:hAnsi="HG丸ｺﾞｼｯｸM-PRO"/>
          <w:sz w:val="22"/>
          <w:lang w:eastAsia="ja-JP"/>
        </w:rPr>
      </w:pPr>
    </w:p>
    <w:p w14:paraId="2517AD8C"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24480A5D" w14:textId="1FBA7A0E" w:rsidR="007702C1"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保育園の年長児を対象に、急須で入れる煎茶の入れ方やいただき方を、6回シリーズで行</w:t>
      </w:r>
      <w:r w:rsidR="00855CFB">
        <w:rPr>
          <w:rFonts w:ascii="HG丸ｺﾞｼｯｸM-PRO" w:eastAsia="HG丸ｺﾞｼｯｸM-PRO" w:hAnsi="HG丸ｺﾞｼｯｸM-PRO" w:hint="eastAsia"/>
          <w:sz w:val="22"/>
          <w:lang w:eastAsia="ja-JP"/>
        </w:rPr>
        <w:t>っており、</w:t>
      </w:r>
      <w:r w:rsidRPr="007702C1">
        <w:rPr>
          <w:rFonts w:ascii="HG丸ｺﾞｼｯｸM-PRO" w:eastAsia="HG丸ｺﾞｼｯｸM-PRO" w:hAnsi="HG丸ｺﾞｼｯｸM-PRO"/>
          <w:sz w:val="22"/>
          <w:lang w:eastAsia="ja-JP"/>
        </w:rPr>
        <w:t>最終日は子どもたちが保護者をもてな</w:t>
      </w:r>
      <w:r w:rsidR="00855CFB">
        <w:rPr>
          <w:rFonts w:ascii="HG丸ｺﾞｼｯｸM-PRO" w:eastAsia="HG丸ｺﾞｼｯｸM-PRO" w:hAnsi="HG丸ｺﾞｼｯｸM-PRO" w:hint="eastAsia"/>
          <w:sz w:val="22"/>
          <w:lang w:eastAsia="ja-JP"/>
        </w:rPr>
        <w:t>す取組をしている。</w:t>
      </w:r>
      <w:r w:rsidRPr="007702C1">
        <w:rPr>
          <w:rFonts w:ascii="HG丸ｺﾞｼｯｸM-PRO" w:eastAsia="HG丸ｺﾞｼｯｸM-PRO" w:hAnsi="HG丸ｺﾞｼｯｸM-PRO"/>
          <w:sz w:val="22"/>
          <w:lang w:eastAsia="ja-JP"/>
        </w:rPr>
        <w:t>保護者からは、「お茶っていいですね」</w:t>
      </w:r>
      <w:r w:rsidR="00855CFB">
        <w:rPr>
          <w:rFonts w:ascii="HG丸ｺﾞｼｯｸM-PRO" w:eastAsia="HG丸ｺﾞｼｯｸM-PRO" w:hAnsi="HG丸ｺﾞｼｯｸM-PRO" w:hint="eastAsia"/>
          <w:sz w:val="22"/>
          <w:lang w:eastAsia="ja-JP"/>
        </w:rPr>
        <w:t>、</w:t>
      </w:r>
      <w:r w:rsidRPr="007702C1">
        <w:rPr>
          <w:rFonts w:ascii="HG丸ｺﾞｼｯｸM-PRO" w:eastAsia="HG丸ｺﾞｼｯｸM-PRO" w:hAnsi="HG丸ｺﾞｼｯｸM-PRO"/>
          <w:sz w:val="22"/>
          <w:lang w:eastAsia="ja-JP"/>
        </w:rPr>
        <w:t>「子どもの成長がよく分かりました」といった声</w:t>
      </w:r>
      <w:r w:rsidR="00855CFB">
        <w:rPr>
          <w:rFonts w:ascii="HG丸ｺﾞｼｯｸM-PRO" w:eastAsia="HG丸ｺﾞｼｯｸM-PRO" w:hAnsi="HG丸ｺﾞｼｯｸM-PRO" w:hint="eastAsia"/>
          <w:sz w:val="22"/>
          <w:lang w:eastAsia="ja-JP"/>
        </w:rPr>
        <w:t>をもらう</w:t>
      </w:r>
      <w:r w:rsidRPr="007702C1">
        <w:rPr>
          <w:rFonts w:ascii="HG丸ｺﾞｼｯｸM-PRO" w:eastAsia="HG丸ｺﾞｼｯｸM-PRO" w:hAnsi="HG丸ｺﾞｼｯｸM-PRO"/>
          <w:sz w:val="22"/>
          <w:lang w:eastAsia="ja-JP"/>
        </w:rPr>
        <w:t>。食そのものだけではなく、子どもへの接し方や親御さんの気持ちにも変化が見られる</w:t>
      </w:r>
      <w:r w:rsidR="00855CFB">
        <w:rPr>
          <w:rFonts w:ascii="HG丸ｺﾞｼｯｸM-PRO" w:eastAsia="HG丸ｺﾞｼｯｸM-PRO" w:hAnsi="HG丸ｺﾞｼｯｸM-PRO" w:hint="eastAsia"/>
          <w:sz w:val="22"/>
          <w:lang w:eastAsia="ja-JP"/>
        </w:rPr>
        <w:t>取組だと</w:t>
      </w:r>
      <w:r w:rsidRPr="007702C1">
        <w:rPr>
          <w:rFonts w:ascii="HG丸ｺﾞｼｯｸM-PRO" w:eastAsia="HG丸ｺﾞｼｯｸM-PRO" w:hAnsi="HG丸ｺﾞｼｯｸM-PRO"/>
          <w:sz w:val="22"/>
          <w:lang w:eastAsia="ja-JP"/>
        </w:rPr>
        <w:t>感じ</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7BBC0588" w14:textId="173BC056"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1回だけではなく、6回続けて行うことで、子どもたちの記憶にも残</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。以前は、公民館で小学生と地域のお年寄りが交流し、お茶でもてなす取組も行ってい</w:t>
      </w:r>
      <w:r w:rsidR="00855CFB">
        <w:rPr>
          <w:rFonts w:ascii="HG丸ｺﾞｼｯｸM-PRO" w:eastAsia="HG丸ｺﾞｼｯｸM-PRO" w:hAnsi="HG丸ｺﾞｼｯｸM-PRO" w:hint="eastAsia"/>
          <w:sz w:val="22"/>
          <w:lang w:eastAsia="ja-JP"/>
        </w:rPr>
        <w:t>た</w:t>
      </w:r>
      <w:r w:rsidRPr="007702C1">
        <w:rPr>
          <w:rFonts w:ascii="HG丸ｺﾞｼｯｸM-PRO" w:eastAsia="HG丸ｺﾞｼｯｸM-PRO" w:hAnsi="HG丸ｺﾞｼｯｸM-PRO"/>
          <w:sz w:val="22"/>
          <w:lang w:eastAsia="ja-JP"/>
        </w:rPr>
        <w:t>。今後は、保育園児だけでなく小学生や児童クラブなどにも広げていきたいと思って</w:t>
      </w:r>
      <w:r w:rsidR="00855CFB">
        <w:rPr>
          <w:rFonts w:ascii="HG丸ｺﾞｼｯｸM-PRO" w:eastAsia="HG丸ｺﾞｼｯｸM-PRO" w:hAnsi="HG丸ｺﾞｼｯｸM-PRO" w:hint="eastAsia"/>
          <w:sz w:val="22"/>
          <w:lang w:eastAsia="ja-JP"/>
        </w:rPr>
        <w:t>いる</w:t>
      </w:r>
      <w:r w:rsidRPr="007702C1">
        <w:rPr>
          <w:rFonts w:ascii="HG丸ｺﾞｼｯｸM-PRO" w:eastAsia="HG丸ｺﾞｼｯｸM-PRO" w:hAnsi="HG丸ｺﾞｼｯｸM-PRO"/>
          <w:sz w:val="22"/>
          <w:lang w:eastAsia="ja-JP"/>
        </w:rPr>
        <w:t>。家庭では急須で入れたお茶をほとんど飲まないという方も多</w:t>
      </w:r>
      <w:r w:rsidR="00855CFB">
        <w:rPr>
          <w:rFonts w:ascii="HG丸ｺﾞｼｯｸM-PRO" w:eastAsia="HG丸ｺﾞｼｯｸM-PRO" w:hAnsi="HG丸ｺﾞｼｯｸM-PRO" w:hint="eastAsia"/>
          <w:sz w:val="22"/>
          <w:lang w:eastAsia="ja-JP"/>
        </w:rPr>
        <w:t>くなっている</w:t>
      </w:r>
      <w:r w:rsidRPr="007702C1">
        <w:rPr>
          <w:rFonts w:ascii="HG丸ｺﾞｼｯｸM-PRO" w:eastAsia="HG丸ｺﾞｼｯｸM-PRO" w:hAnsi="HG丸ｺﾞｼｯｸM-PRO"/>
          <w:sz w:val="22"/>
          <w:lang w:eastAsia="ja-JP"/>
        </w:rPr>
        <w:t>が、活動の後に「急須を買おうと思った」という保護者もい</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。子どもを通して保護者に伝わり、家庭が変わっていく方法もあると思</w:t>
      </w:r>
      <w:r w:rsidR="00855CFB">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23A1FE1B" w14:textId="77777777" w:rsidR="004A29EE" w:rsidRPr="007702C1" w:rsidRDefault="004A29EE"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72D21AC" w14:textId="77777777" w:rsidR="00C234CC" w:rsidRPr="007702C1" w:rsidRDefault="00BA55E3" w:rsidP="004A29EE">
      <w:pPr>
        <w:spacing w:after="0" w:line="240" w:lineRule="auto"/>
        <w:ind w:leftChars="100" w:left="210" w:firstLineChars="100" w:firstLine="221"/>
        <w:rPr>
          <w:rFonts w:ascii="HG丸ｺﾞｼｯｸM-PRO" w:eastAsia="HG丸ｺﾞｼｯｸM-PRO" w:hAnsi="HG丸ｺﾞｼｯｸM-PRO"/>
          <w:b/>
          <w:bCs/>
          <w:sz w:val="22"/>
          <w:lang w:eastAsia="ja-JP"/>
        </w:rPr>
      </w:pPr>
      <w:r w:rsidRPr="007702C1">
        <w:rPr>
          <w:rFonts w:ascii="HG丸ｺﾞｼｯｸM-PRO" w:eastAsia="HG丸ｺﾞｼｯｸM-PRO" w:hAnsi="HG丸ｺﾞｼｯｸM-PRO"/>
          <w:b/>
          <w:bCs/>
          <w:sz w:val="22"/>
          <w:lang w:eastAsia="ja-JP"/>
        </w:rPr>
        <w:t>（3）方向性3「持続可能な食を支える食育の推進」について</w:t>
      </w:r>
    </w:p>
    <w:p w14:paraId="189E17DF"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193BBF6A" w14:textId="7FD2DE08" w:rsidR="007702C1" w:rsidRDefault="006707BE" w:rsidP="004A29EE">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スーパーで</w:t>
      </w:r>
      <w:r w:rsidR="00BA55E3" w:rsidRPr="007702C1">
        <w:rPr>
          <w:rFonts w:ascii="HG丸ｺﾞｼｯｸM-PRO" w:eastAsia="HG丸ｺﾞｼｯｸM-PRO" w:hAnsi="HG丸ｺﾞｼｯｸM-PRO"/>
          <w:sz w:val="22"/>
          <w:lang w:eastAsia="ja-JP"/>
        </w:rPr>
        <w:t>フードドライブ</w:t>
      </w:r>
      <w:r w:rsidR="00855CFB">
        <w:rPr>
          <w:rFonts w:ascii="HG丸ｺﾞｼｯｸM-PRO" w:eastAsia="HG丸ｺﾞｼｯｸM-PRO" w:hAnsi="HG丸ｺﾞｼｯｸM-PRO" w:hint="eastAsia"/>
          <w:sz w:val="22"/>
          <w:lang w:eastAsia="ja-JP"/>
        </w:rPr>
        <w:t>を</w:t>
      </w:r>
      <w:r w:rsidR="00BA55E3" w:rsidRPr="007702C1">
        <w:rPr>
          <w:rFonts w:ascii="HG丸ｺﾞｼｯｸM-PRO" w:eastAsia="HG丸ｺﾞｼｯｸM-PRO" w:hAnsi="HG丸ｺﾞｼｯｸM-PRO"/>
          <w:sz w:val="22"/>
          <w:lang w:eastAsia="ja-JP"/>
        </w:rPr>
        <w:t>月初めに実施しており、取組もかなり定着してきた。また、食品ロスについて、店舗運営上、廃棄率を非常に重視して</w:t>
      </w:r>
      <w:r w:rsidR="00855CFB">
        <w:rPr>
          <w:rFonts w:ascii="HG丸ｺﾞｼｯｸM-PRO" w:eastAsia="HG丸ｺﾞｼｯｸM-PRO" w:hAnsi="HG丸ｺﾞｼｯｸM-PRO" w:hint="eastAsia"/>
          <w:sz w:val="22"/>
          <w:lang w:eastAsia="ja-JP"/>
        </w:rPr>
        <w:t>おり、</w:t>
      </w:r>
      <w:r w:rsidR="00BA55E3" w:rsidRPr="007702C1">
        <w:rPr>
          <w:rFonts w:ascii="HG丸ｺﾞｼｯｸM-PRO" w:eastAsia="HG丸ｺﾞｼｯｸM-PRO" w:hAnsi="HG丸ｺﾞｼｯｸM-PRO"/>
          <w:sz w:val="22"/>
          <w:lang w:eastAsia="ja-JP"/>
        </w:rPr>
        <w:t>発注システムなどを使</w:t>
      </w:r>
      <w:r w:rsidR="00855CFB">
        <w:rPr>
          <w:rFonts w:ascii="HG丸ｺﾞｼｯｸM-PRO" w:eastAsia="HG丸ｺﾞｼｯｸM-PRO" w:hAnsi="HG丸ｺﾞｼｯｸM-PRO" w:hint="eastAsia"/>
          <w:sz w:val="22"/>
          <w:lang w:eastAsia="ja-JP"/>
        </w:rPr>
        <w:t>い、</w:t>
      </w:r>
      <w:r w:rsidR="00BA55E3" w:rsidRPr="007702C1">
        <w:rPr>
          <w:rFonts w:ascii="HG丸ｺﾞｼｯｸM-PRO" w:eastAsia="HG丸ｺﾞｼｯｸM-PRO" w:hAnsi="HG丸ｺﾞｼｯｸM-PRO"/>
          <w:sz w:val="22"/>
          <w:lang w:eastAsia="ja-JP"/>
        </w:rPr>
        <w:t>廃棄や過度な値引きが出ないように取り組んでい</w:t>
      </w:r>
      <w:r w:rsidR="00855CFB">
        <w:rPr>
          <w:rFonts w:ascii="HG丸ｺﾞｼｯｸM-PRO" w:eastAsia="HG丸ｺﾞｼｯｸM-PRO" w:hAnsi="HG丸ｺﾞｼｯｸM-PRO" w:hint="eastAsia"/>
          <w:sz w:val="22"/>
          <w:lang w:eastAsia="ja-JP"/>
        </w:rPr>
        <w:t>る</w:t>
      </w:r>
      <w:r w:rsidR="00BA55E3" w:rsidRPr="007702C1">
        <w:rPr>
          <w:rFonts w:ascii="HG丸ｺﾞｼｯｸM-PRO" w:eastAsia="HG丸ｺﾞｼｯｸM-PRO" w:hAnsi="HG丸ｺﾞｼｯｸM-PRO"/>
          <w:sz w:val="22"/>
          <w:lang w:eastAsia="ja-JP"/>
        </w:rPr>
        <w:t>。</w:t>
      </w:r>
    </w:p>
    <w:p w14:paraId="0406731F" w14:textId="697BDBE8" w:rsidR="004A29EE" w:rsidRDefault="00BA55E3" w:rsidP="00855CFB">
      <w:pPr>
        <w:spacing w:after="0" w:line="240" w:lineRule="auto"/>
        <w:ind w:leftChars="100" w:left="210" w:firstLineChars="100" w:firstLine="220"/>
        <w:rPr>
          <w:rFonts w:ascii="HG丸ｺﾞｼｯｸM-PRO" w:eastAsia="HG丸ｺﾞｼｯｸM-PRO" w:hAnsi="HG丸ｺﾞｼｯｸM-PRO"/>
          <w:b/>
          <w:sz w:val="22"/>
          <w:lang w:eastAsia="ja-JP"/>
        </w:rPr>
      </w:pPr>
      <w:r w:rsidRPr="007702C1">
        <w:rPr>
          <w:rFonts w:ascii="HG丸ｺﾞｼｯｸM-PRO" w:eastAsia="HG丸ｺﾞｼｯｸM-PRO" w:hAnsi="HG丸ｺﾞｼｯｸM-PRO"/>
          <w:sz w:val="22"/>
          <w:lang w:eastAsia="ja-JP"/>
        </w:rPr>
        <w:t>現在はAIを使った値引きの仕組み</w:t>
      </w:r>
      <w:r w:rsidR="00855CFB">
        <w:rPr>
          <w:rFonts w:ascii="HG丸ｺﾞｼｯｸM-PRO" w:eastAsia="HG丸ｺﾞｼｯｸM-PRO" w:hAnsi="HG丸ｺﾞｼｯｸM-PRO" w:hint="eastAsia"/>
          <w:sz w:val="22"/>
          <w:lang w:eastAsia="ja-JP"/>
        </w:rPr>
        <w:t>を</w:t>
      </w:r>
      <w:r w:rsidRPr="007702C1">
        <w:rPr>
          <w:rFonts w:ascii="HG丸ｺﾞｼｯｸM-PRO" w:eastAsia="HG丸ｺﾞｼｯｸM-PRO" w:hAnsi="HG丸ｺﾞｼｯｸM-PRO"/>
          <w:sz w:val="22"/>
          <w:lang w:eastAsia="ja-JP"/>
        </w:rPr>
        <w:t>導入してい</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。例えば夕方に商品をスキャンすると、その時間帯に何割引きにすれば売れやすいかというデータが表示され、毎日使うことでAIが学習し、最適な値引率を出してくれ</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。こうした仕組みも活用しながら、廃棄が出ないように取り組んでい</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。また、環境負荷が少ない商品やペットボトルなどについては、売場の</w:t>
      </w:r>
      <w:r w:rsidR="00855CFB">
        <w:rPr>
          <w:rFonts w:ascii="HG丸ｺﾞｼｯｸM-PRO" w:eastAsia="HG丸ｺﾞｼｯｸM-PRO" w:hAnsi="HG丸ｺﾞｼｯｸM-PRO" w:hint="eastAsia"/>
          <w:sz w:val="22"/>
          <w:lang w:eastAsia="ja-JP"/>
        </w:rPr>
        <w:t>ポップ</w:t>
      </w:r>
      <w:r w:rsidRPr="007702C1">
        <w:rPr>
          <w:rFonts w:ascii="HG丸ｺﾞｼｯｸM-PRO" w:eastAsia="HG丸ｺﾞｼｯｸM-PRO" w:hAnsi="HG丸ｺﾞｼｯｸM-PRO"/>
          <w:sz w:val="22"/>
          <w:lang w:eastAsia="ja-JP"/>
        </w:rPr>
        <w:t>で「持続可能な商品」であることを伝えながら販売してい</w:t>
      </w:r>
      <w:r w:rsidR="00855CFB">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76EA32C4"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43949876"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sidRPr="007E148A">
        <w:rPr>
          <w:rFonts w:ascii="HG丸ｺﾞｼｯｸM-PRO" w:eastAsia="HG丸ｺﾞｼｯｸM-PRO" w:hAnsi="HG丸ｺﾞｼｯｸM-PRO" w:hint="eastAsia"/>
          <w:b/>
          <w:sz w:val="22"/>
          <w:lang w:eastAsia="ja-JP"/>
        </w:rPr>
        <w:t>〇</w:t>
      </w:r>
      <w:r w:rsidRPr="007E148A">
        <w:rPr>
          <w:rFonts w:ascii="HG丸ｺﾞｼｯｸM-PRO" w:eastAsia="HG丸ｺﾞｼｯｸM-PRO" w:hAnsi="HG丸ｺﾞｼｯｸM-PRO"/>
          <w:b/>
          <w:sz w:val="22"/>
          <w:lang w:eastAsia="ja-JP"/>
        </w:rPr>
        <w:t>事務局</w:t>
      </w:r>
    </w:p>
    <w:p w14:paraId="21159B16" w14:textId="0FBBFAF0"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方向性3では、時代に合った食育として「共食」についても意見が出てい</w:t>
      </w:r>
      <w:r w:rsidR="00E0253D">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持続可能な食生活を考える上では、環境への配慮だけでなく、家族や地域の皆さんと一緒に楽しく食べることも大切。地域の中で、誰かと一緒に食べる共食の場がどのようにあるのか、御存じのことがあれば教えて</w:t>
      </w:r>
      <w:r w:rsidR="00E0253D">
        <w:rPr>
          <w:rFonts w:ascii="HG丸ｺﾞｼｯｸM-PRO" w:eastAsia="HG丸ｺﾞｼｯｸM-PRO" w:hAnsi="HG丸ｺﾞｼｯｸM-PRO" w:hint="eastAsia"/>
          <w:sz w:val="22"/>
          <w:lang w:eastAsia="ja-JP"/>
        </w:rPr>
        <w:t>いただきたい</w:t>
      </w:r>
      <w:r w:rsidRPr="007702C1">
        <w:rPr>
          <w:rFonts w:ascii="HG丸ｺﾞｼｯｸM-PRO" w:eastAsia="HG丸ｺﾞｼｯｸM-PRO" w:hAnsi="HG丸ｺﾞｼｯｸM-PRO"/>
          <w:sz w:val="22"/>
          <w:lang w:eastAsia="ja-JP"/>
        </w:rPr>
        <w:t>。</w:t>
      </w:r>
    </w:p>
    <w:p w14:paraId="40005F44"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20AF3F5"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54EB5A88" w14:textId="7A79F60C"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私の地域にはまちづくり協議会があり</w:t>
      </w:r>
      <w:r w:rsidR="007E148A">
        <w:rPr>
          <w:rFonts w:ascii="HG丸ｺﾞｼｯｸM-PRO" w:eastAsia="HG丸ｺﾞｼｯｸM-PRO" w:hAnsi="HG丸ｺﾞｼｯｸM-PRO" w:hint="eastAsia"/>
          <w:sz w:val="22"/>
          <w:lang w:eastAsia="ja-JP"/>
        </w:rPr>
        <w:t>、</w:t>
      </w:r>
      <w:r w:rsidRPr="007702C1">
        <w:rPr>
          <w:rFonts w:ascii="HG丸ｺﾞｼｯｸM-PRO" w:eastAsia="HG丸ｺﾞｼｯｸM-PRO" w:hAnsi="HG丸ｺﾞｼｯｸM-PRO"/>
          <w:sz w:val="22"/>
          <w:lang w:eastAsia="ja-JP"/>
        </w:rPr>
        <w:t>そこで料理を作って、皆さん</w:t>
      </w:r>
      <w:r w:rsidR="007E148A">
        <w:rPr>
          <w:rFonts w:ascii="HG丸ｺﾞｼｯｸM-PRO" w:eastAsia="HG丸ｺﾞｼｯｸM-PRO" w:hAnsi="HG丸ｺﾞｼｯｸM-PRO" w:hint="eastAsia"/>
          <w:sz w:val="22"/>
          <w:lang w:eastAsia="ja-JP"/>
        </w:rPr>
        <w:t>一緒</w:t>
      </w:r>
      <w:r w:rsidRPr="007702C1">
        <w:rPr>
          <w:rFonts w:ascii="HG丸ｺﾞｼｯｸM-PRO" w:eastAsia="HG丸ｺﾞｼｯｸM-PRO" w:hAnsi="HG丸ｺﾞｼｯｸM-PRO"/>
          <w:sz w:val="22"/>
          <w:lang w:eastAsia="ja-JP"/>
        </w:rPr>
        <w:t>に食べ</w:t>
      </w:r>
      <w:r w:rsidR="007E148A">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機会をつくってい</w:t>
      </w:r>
      <w:r w:rsidR="007E148A">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。そういう場をつくることも</w:t>
      </w:r>
      <w:r w:rsidR="007E148A">
        <w:rPr>
          <w:rFonts w:ascii="HG丸ｺﾞｼｯｸM-PRO" w:eastAsia="HG丸ｺﾞｼｯｸM-PRO" w:hAnsi="HG丸ｺﾞｼｯｸM-PRO" w:hint="eastAsia"/>
          <w:sz w:val="22"/>
          <w:lang w:eastAsia="ja-JP"/>
        </w:rPr>
        <w:t>ひとつの</w:t>
      </w:r>
      <w:r w:rsidRPr="007702C1">
        <w:rPr>
          <w:rFonts w:ascii="HG丸ｺﾞｼｯｸM-PRO" w:eastAsia="HG丸ｺﾞｼｯｸM-PRO" w:hAnsi="HG丸ｺﾞｼｯｸM-PRO"/>
          <w:sz w:val="22"/>
          <w:lang w:eastAsia="ja-JP"/>
        </w:rPr>
        <w:t>役目だと思ってい</w:t>
      </w:r>
      <w:r w:rsidR="007E148A">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4A6DF7E5" w14:textId="212ADF06" w:rsidR="006707BE" w:rsidRDefault="00BA55E3" w:rsidP="006707BE">
      <w:pPr>
        <w:spacing w:after="0" w:line="240" w:lineRule="auto"/>
        <w:ind w:leftChars="100" w:left="210" w:firstLineChars="100" w:firstLine="220"/>
        <w:rPr>
          <w:rFonts w:ascii="HG丸ｺﾞｼｯｸM-PRO" w:eastAsia="HG丸ｺﾞｼｯｸM-PRO" w:hAnsi="HG丸ｺﾞｼｯｸM-PRO" w:hint="eastAsia"/>
          <w:sz w:val="22"/>
          <w:lang w:eastAsia="ja-JP"/>
        </w:rPr>
      </w:pPr>
      <w:r w:rsidRPr="007702C1">
        <w:rPr>
          <w:rFonts w:ascii="HG丸ｺﾞｼｯｸM-PRO" w:eastAsia="HG丸ｺﾞｼｯｸM-PRO" w:hAnsi="HG丸ｺﾞｼｯｸM-PRO"/>
          <w:sz w:val="22"/>
          <w:lang w:eastAsia="ja-JP"/>
        </w:rPr>
        <w:t>一人で食べ</w:t>
      </w:r>
      <w:r w:rsidR="00763208">
        <w:rPr>
          <w:rFonts w:ascii="HG丸ｺﾞｼｯｸM-PRO" w:eastAsia="HG丸ｺﾞｼｯｸM-PRO" w:hAnsi="HG丸ｺﾞｼｯｸM-PRO" w:hint="eastAsia"/>
          <w:sz w:val="22"/>
          <w:lang w:eastAsia="ja-JP"/>
        </w:rPr>
        <w:t>てい</w:t>
      </w:r>
      <w:r w:rsidRPr="007702C1">
        <w:rPr>
          <w:rFonts w:ascii="HG丸ｺﾞｼｯｸM-PRO" w:eastAsia="HG丸ｺﾞｼｯｸM-PRO" w:hAnsi="HG丸ｺﾞｼｯｸM-PRO"/>
          <w:sz w:val="22"/>
          <w:lang w:eastAsia="ja-JP"/>
        </w:rPr>
        <w:t>る</w:t>
      </w:r>
      <w:r w:rsidR="00763208">
        <w:rPr>
          <w:rFonts w:ascii="HG丸ｺﾞｼｯｸM-PRO" w:eastAsia="HG丸ｺﾞｼｯｸM-PRO" w:hAnsi="HG丸ｺﾞｼｯｸM-PRO" w:hint="eastAsia"/>
          <w:sz w:val="22"/>
          <w:lang w:eastAsia="ja-JP"/>
        </w:rPr>
        <w:t>という</w:t>
      </w:r>
      <w:r w:rsidRPr="007702C1">
        <w:rPr>
          <w:rFonts w:ascii="HG丸ｺﾞｼｯｸM-PRO" w:eastAsia="HG丸ｺﾞｼｯｸM-PRO" w:hAnsi="HG丸ｺﾞｼｯｸM-PRO"/>
          <w:sz w:val="22"/>
          <w:lang w:eastAsia="ja-JP"/>
        </w:rPr>
        <w:t>方も多いが、公民館に来ればたくさんの人がい</w:t>
      </w:r>
      <w:r w:rsidR="00763208">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ので、一緒に食べる機会をつくること</w:t>
      </w:r>
      <w:r w:rsidR="009B3735">
        <w:rPr>
          <w:rFonts w:ascii="HG丸ｺﾞｼｯｸM-PRO" w:eastAsia="HG丸ｺﾞｼｯｸM-PRO" w:hAnsi="HG丸ｺﾞｼｯｸM-PRO" w:hint="eastAsia"/>
          <w:sz w:val="22"/>
          <w:lang w:eastAsia="ja-JP"/>
        </w:rPr>
        <w:t>は</w:t>
      </w:r>
      <w:r w:rsidRPr="007702C1">
        <w:rPr>
          <w:rFonts w:ascii="HG丸ｺﾞｼｯｸM-PRO" w:eastAsia="HG丸ｺﾞｼｯｸM-PRO" w:hAnsi="HG丸ｺﾞｼｯｸM-PRO"/>
          <w:sz w:val="22"/>
          <w:lang w:eastAsia="ja-JP"/>
        </w:rPr>
        <w:t>でき</w:t>
      </w:r>
      <w:r w:rsidR="00763208">
        <w:rPr>
          <w:rFonts w:ascii="HG丸ｺﾞｼｯｸM-PRO" w:eastAsia="HG丸ｺﾞｼｯｸM-PRO" w:hAnsi="HG丸ｺﾞｼｯｸM-PRO" w:hint="eastAsia"/>
          <w:sz w:val="22"/>
          <w:lang w:eastAsia="ja-JP"/>
        </w:rPr>
        <w:t>ると思う</w:t>
      </w:r>
      <w:r w:rsidRPr="007702C1">
        <w:rPr>
          <w:rFonts w:ascii="HG丸ｺﾞｼｯｸM-PRO" w:eastAsia="HG丸ｺﾞｼｯｸM-PRO" w:hAnsi="HG丸ｺﾞｼｯｸM-PRO"/>
          <w:sz w:val="22"/>
          <w:lang w:eastAsia="ja-JP"/>
        </w:rPr>
        <w:t>。</w:t>
      </w:r>
      <w:r w:rsidR="00763208">
        <w:rPr>
          <w:rFonts w:ascii="HG丸ｺﾞｼｯｸM-PRO" w:eastAsia="HG丸ｺﾞｼｯｸM-PRO" w:hAnsi="HG丸ｺﾞｼｯｸM-PRO" w:hint="eastAsia"/>
          <w:sz w:val="22"/>
          <w:lang w:eastAsia="ja-JP"/>
        </w:rPr>
        <w:t>参加者</w:t>
      </w:r>
      <w:r w:rsidRPr="007702C1">
        <w:rPr>
          <w:rFonts w:ascii="HG丸ｺﾞｼｯｸM-PRO" w:eastAsia="HG丸ｺﾞｼｯｸM-PRO" w:hAnsi="HG丸ｺﾞｼｯｸM-PRO"/>
          <w:sz w:val="22"/>
          <w:lang w:eastAsia="ja-JP"/>
        </w:rPr>
        <w:t>から必要な費用を</w:t>
      </w:r>
      <w:r w:rsidR="00763208">
        <w:rPr>
          <w:rFonts w:ascii="HG丸ｺﾞｼｯｸM-PRO" w:eastAsia="HG丸ｺﾞｼｯｸM-PRO" w:hAnsi="HG丸ｺﾞｼｯｸM-PRO" w:hint="eastAsia"/>
          <w:sz w:val="22"/>
          <w:lang w:eastAsia="ja-JP"/>
        </w:rPr>
        <w:t>もらう</w:t>
      </w:r>
      <w:r w:rsidRPr="007702C1">
        <w:rPr>
          <w:rFonts w:ascii="HG丸ｺﾞｼｯｸM-PRO" w:eastAsia="HG丸ｺﾞｼｯｸM-PRO" w:hAnsi="HG丸ｺﾞｼｯｸM-PRO"/>
          <w:sz w:val="22"/>
          <w:lang w:eastAsia="ja-JP"/>
        </w:rPr>
        <w:t>など工夫しながら、</w:t>
      </w:r>
      <w:r w:rsidR="006707BE">
        <w:rPr>
          <w:rFonts w:ascii="HG丸ｺﾞｼｯｸM-PRO" w:eastAsia="HG丸ｺﾞｼｯｸM-PRO" w:hAnsi="HG丸ｺﾞｼｯｸM-PRO" w:hint="eastAsia"/>
          <w:sz w:val="22"/>
          <w:lang w:eastAsia="ja-JP"/>
        </w:rPr>
        <w:t>取組を継続させていきたい。</w:t>
      </w:r>
    </w:p>
    <w:p w14:paraId="02D13A43" w14:textId="77777777" w:rsidR="004A29EE" w:rsidRPr="007702C1" w:rsidRDefault="004A29EE"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2FB4C2EE"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7954597C" w14:textId="56C8F01A" w:rsidR="00C234CC" w:rsidRDefault="00BA55E3" w:rsidP="009B3735">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私たちはお茶を使った活動をしてい</w:t>
      </w:r>
      <w:r w:rsidR="009B373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が、お茶</w:t>
      </w:r>
      <w:r w:rsidR="006707BE">
        <w:rPr>
          <w:rFonts w:ascii="HG丸ｺﾞｼｯｸM-PRO" w:eastAsia="HG丸ｺﾞｼｯｸM-PRO" w:hAnsi="HG丸ｺﾞｼｯｸM-PRO" w:hint="eastAsia"/>
          <w:sz w:val="22"/>
          <w:lang w:eastAsia="ja-JP"/>
        </w:rPr>
        <w:t>を</w:t>
      </w:r>
      <w:r w:rsidRPr="007702C1">
        <w:rPr>
          <w:rFonts w:ascii="HG丸ｺﾞｼｯｸM-PRO" w:eastAsia="HG丸ｺﾞｼｯｸM-PRO" w:hAnsi="HG丸ｺﾞｼｯｸM-PRO"/>
          <w:sz w:val="22"/>
          <w:lang w:eastAsia="ja-JP"/>
        </w:rPr>
        <w:t>抽出した後の茶葉</w:t>
      </w:r>
      <w:r w:rsidR="009B3735">
        <w:rPr>
          <w:rFonts w:ascii="HG丸ｺﾞｼｯｸM-PRO" w:eastAsia="HG丸ｺﾞｼｯｸM-PRO" w:hAnsi="HG丸ｺﾞｼｯｸM-PRO" w:hint="eastAsia"/>
          <w:sz w:val="22"/>
          <w:lang w:eastAsia="ja-JP"/>
        </w:rPr>
        <w:t>は</w:t>
      </w:r>
      <w:r w:rsidRPr="007702C1">
        <w:rPr>
          <w:rFonts w:ascii="HG丸ｺﾞｼｯｸM-PRO" w:eastAsia="HG丸ｺﾞｼｯｸM-PRO" w:hAnsi="HG丸ｺﾞｼｯｸM-PRO"/>
          <w:sz w:val="22"/>
          <w:lang w:eastAsia="ja-JP"/>
        </w:rPr>
        <w:t>多くが残</w:t>
      </w:r>
      <w:r w:rsidR="009B3735">
        <w:rPr>
          <w:rFonts w:ascii="HG丸ｺﾞｼｯｸM-PRO" w:eastAsia="HG丸ｺﾞｼｯｸM-PRO" w:hAnsi="HG丸ｺﾞｼｯｸM-PRO" w:hint="eastAsia"/>
          <w:sz w:val="22"/>
          <w:lang w:eastAsia="ja-JP"/>
        </w:rPr>
        <w:t>され</w:t>
      </w:r>
      <w:r w:rsidRPr="007702C1">
        <w:rPr>
          <w:rFonts w:ascii="HG丸ｺﾞｼｯｸM-PRO" w:eastAsia="HG丸ｺﾞｼｯｸM-PRO" w:hAnsi="HG丸ｺﾞｼｯｸM-PRO"/>
          <w:sz w:val="22"/>
          <w:lang w:eastAsia="ja-JP"/>
        </w:rPr>
        <w:t>てい</w:t>
      </w:r>
      <w:r w:rsidR="009B373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。そこで、茶殻を捨てるのではなく、ポン酢を使って最後に食べてもらう</w:t>
      </w:r>
      <w:r w:rsidR="009B3735">
        <w:rPr>
          <w:rFonts w:ascii="HG丸ｺﾞｼｯｸM-PRO" w:eastAsia="HG丸ｺﾞｼｯｸM-PRO" w:hAnsi="HG丸ｺﾞｼｯｸM-PRO" w:hint="eastAsia"/>
          <w:sz w:val="22"/>
          <w:lang w:eastAsia="ja-JP"/>
        </w:rPr>
        <w:t>取組を行って</w:t>
      </w:r>
      <w:r w:rsidRPr="007702C1">
        <w:rPr>
          <w:rFonts w:ascii="HG丸ｺﾞｼｯｸM-PRO" w:eastAsia="HG丸ｺﾞｼｯｸM-PRO" w:hAnsi="HG丸ｺﾞｼｯｸM-PRO"/>
          <w:sz w:val="22"/>
          <w:lang w:eastAsia="ja-JP"/>
        </w:rPr>
        <w:t>い</w:t>
      </w:r>
      <w:r w:rsidR="009B373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。県でも食品ロスを重視されてい</w:t>
      </w:r>
      <w:r w:rsidR="00E0253D">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ので、茶殻やお茶そのものを有効に活用する方法を考えたい。</w:t>
      </w:r>
    </w:p>
    <w:p w14:paraId="4846C01F"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44A6ECD8"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33F9F497" w14:textId="4989524B"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lastRenderedPageBreak/>
        <w:t>昔は、旅館にお客様が来られたら客室まで案内し、お茶を入れて差し上げることが普通</w:t>
      </w:r>
      <w:r w:rsidR="00B310A5">
        <w:rPr>
          <w:rFonts w:ascii="HG丸ｺﾞｼｯｸM-PRO" w:eastAsia="HG丸ｺﾞｼｯｸM-PRO" w:hAnsi="HG丸ｺﾞｼｯｸM-PRO" w:hint="eastAsia"/>
          <w:sz w:val="22"/>
          <w:lang w:eastAsia="ja-JP"/>
        </w:rPr>
        <w:t>だったが</w:t>
      </w:r>
      <w:r w:rsidRPr="007702C1">
        <w:rPr>
          <w:rFonts w:ascii="HG丸ｺﾞｼｯｸM-PRO" w:eastAsia="HG丸ｺﾞｼｯｸM-PRO" w:hAnsi="HG丸ｺﾞｼｯｸM-PRO"/>
          <w:sz w:val="22"/>
          <w:lang w:eastAsia="ja-JP"/>
        </w:rPr>
        <w:t>、客室まで案内しな</w:t>
      </w:r>
      <w:r w:rsidR="00B310A5">
        <w:rPr>
          <w:rFonts w:ascii="HG丸ｺﾞｼｯｸM-PRO" w:eastAsia="HG丸ｺﾞｼｯｸM-PRO" w:hAnsi="HG丸ｺﾞｼｯｸM-PRO" w:hint="eastAsia"/>
          <w:sz w:val="22"/>
          <w:lang w:eastAsia="ja-JP"/>
        </w:rPr>
        <w:t>い</w:t>
      </w:r>
      <w:r w:rsidRPr="007702C1">
        <w:rPr>
          <w:rFonts w:ascii="HG丸ｺﾞｼｯｸM-PRO" w:eastAsia="HG丸ｺﾞｼｯｸM-PRO" w:hAnsi="HG丸ｺﾞｼｯｸM-PRO"/>
          <w:sz w:val="22"/>
          <w:lang w:eastAsia="ja-JP"/>
        </w:rPr>
        <w:t>旅館も増え、部屋にはティーバッグのお茶</w:t>
      </w:r>
      <w:r w:rsidR="00B310A5">
        <w:rPr>
          <w:rFonts w:ascii="HG丸ｺﾞｼｯｸM-PRO" w:eastAsia="HG丸ｺﾞｼｯｸM-PRO" w:hAnsi="HG丸ｺﾞｼｯｸM-PRO" w:hint="eastAsia"/>
          <w:sz w:val="22"/>
          <w:lang w:eastAsia="ja-JP"/>
        </w:rPr>
        <w:t>を</w:t>
      </w:r>
      <w:r w:rsidRPr="007702C1">
        <w:rPr>
          <w:rFonts w:ascii="HG丸ｺﾞｼｯｸM-PRO" w:eastAsia="HG丸ｺﾞｼｯｸM-PRO" w:hAnsi="HG丸ｺﾞｼｯｸM-PRO"/>
          <w:sz w:val="22"/>
          <w:lang w:eastAsia="ja-JP"/>
        </w:rPr>
        <w:t>置いてあること</w:t>
      </w:r>
      <w:r w:rsidR="00B310A5">
        <w:rPr>
          <w:rFonts w:ascii="HG丸ｺﾞｼｯｸM-PRO" w:eastAsia="HG丸ｺﾞｼｯｸM-PRO" w:hAnsi="HG丸ｺﾞｼｯｸM-PRO" w:hint="eastAsia"/>
          <w:sz w:val="22"/>
          <w:lang w:eastAsia="ja-JP"/>
        </w:rPr>
        <w:t>が</w:t>
      </w:r>
      <w:r w:rsidRPr="007702C1">
        <w:rPr>
          <w:rFonts w:ascii="HG丸ｺﾞｼｯｸM-PRO" w:eastAsia="HG丸ｺﾞｼｯｸM-PRO" w:hAnsi="HG丸ｺﾞｼｯｸM-PRO"/>
          <w:sz w:val="22"/>
          <w:lang w:eastAsia="ja-JP"/>
        </w:rPr>
        <w:t>多くな</w:t>
      </w:r>
      <w:r w:rsidR="00B310A5">
        <w:rPr>
          <w:rFonts w:ascii="HG丸ｺﾞｼｯｸM-PRO" w:eastAsia="HG丸ｺﾞｼｯｸM-PRO" w:hAnsi="HG丸ｺﾞｼｯｸM-PRO" w:hint="eastAsia"/>
          <w:sz w:val="22"/>
          <w:lang w:eastAsia="ja-JP"/>
        </w:rPr>
        <w:t>った</w:t>
      </w:r>
      <w:r w:rsidRPr="007702C1">
        <w:rPr>
          <w:rFonts w:ascii="HG丸ｺﾞｼｯｸM-PRO" w:eastAsia="HG丸ｺﾞｼｯｸM-PRO" w:hAnsi="HG丸ｺﾞｼｯｸM-PRO"/>
          <w:sz w:val="22"/>
          <w:lang w:eastAsia="ja-JP"/>
        </w:rPr>
        <w:t>。うちは今でも急須を置いてい</w:t>
      </w:r>
      <w:r w:rsidR="00B310A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が、お茶の入れ方が分からないお客様もいらっしゃ</w:t>
      </w:r>
      <w:r w:rsidR="00B310A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w:t>
      </w:r>
    </w:p>
    <w:p w14:paraId="17291927" w14:textId="26642649" w:rsidR="00C234CC"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また、旅館のスタッフ</w:t>
      </w:r>
      <w:r w:rsidR="00B310A5">
        <w:rPr>
          <w:rFonts w:ascii="HG丸ｺﾞｼｯｸM-PRO" w:eastAsia="HG丸ｺﾞｼｯｸM-PRO" w:hAnsi="HG丸ｺﾞｼｯｸM-PRO" w:hint="eastAsia"/>
          <w:sz w:val="22"/>
          <w:lang w:eastAsia="ja-JP"/>
        </w:rPr>
        <w:t>で</w:t>
      </w:r>
      <w:r w:rsidRPr="007702C1">
        <w:rPr>
          <w:rFonts w:ascii="HG丸ｺﾞｼｯｸM-PRO" w:eastAsia="HG丸ｺﾞｼｯｸM-PRO" w:hAnsi="HG丸ｺﾞｼｯｸM-PRO"/>
          <w:sz w:val="22"/>
          <w:lang w:eastAsia="ja-JP"/>
        </w:rPr>
        <w:t>もお茶の入れ方を知</w:t>
      </w:r>
      <w:r w:rsidR="00B310A5">
        <w:rPr>
          <w:rFonts w:ascii="HG丸ｺﾞｼｯｸM-PRO" w:eastAsia="HG丸ｺﾞｼｯｸM-PRO" w:hAnsi="HG丸ｺﾞｼｯｸM-PRO" w:hint="eastAsia"/>
          <w:sz w:val="22"/>
          <w:lang w:eastAsia="ja-JP"/>
        </w:rPr>
        <w:t>らない人もいる。</w:t>
      </w:r>
      <w:r w:rsidRPr="007702C1">
        <w:rPr>
          <w:rFonts w:ascii="HG丸ｺﾞｼｯｸM-PRO" w:eastAsia="HG丸ｺﾞｼｯｸM-PRO" w:hAnsi="HG丸ｺﾞｼｯｸM-PRO"/>
          <w:sz w:val="22"/>
          <w:lang w:eastAsia="ja-JP"/>
        </w:rPr>
        <w:t>日本旅館として、お茶というものをも</w:t>
      </w:r>
      <w:r w:rsidR="00B310A5">
        <w:rPr>
          <w:rFonts w:ascii="HG丸ｺﾞｼｯｸM-PRO" w:eastAsia="HG丸ｺﾞｼｯｸM-PRO" w:hAnsi="HG丸ｺﾞｼｯｸM-PRO" w:hint="eastAsia"/>
          <w:sz w:val="22"/>
          <w:lang w:eastAsia="ja-JP"/>
        </w:rPr>
        <w:t>っと</w:t>
      </w:r>
      <w:r w:rsidRPr="007702C1">
        <w:rPr>
          <w:rFonts w:ascii="HG丸ｺﾞｼｯｸM-PRO" w:eastAsia="HG丸ｺﾞｼｯｸM-PRO" w:hAnsi="HG丸ｺﾞｼｯｸM-PRO"/>
          <w:sz w:val="22"/>
          <w:lang w:eastAsia="ja-JP"/>
        </w:rPr>
        <w:t>真剣に扱っていかなければならないと感じてい</w:t>
      </w:r>
      <w:r w:rsidR="00B310A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。お茶の生産者とも連携しながら取り組んでいきたいと思</w:t>
      </w:r>
      <w:r w:rsidR="00B310A5">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409AB49C"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1EB6ADE9" w14:textId="77777777" w:rsidR="00C234CC" w:rsidRPr="007702C1" w:rsidRDefault="00BA55E3" w:rsidP="004A29EE">
      <w:pPr>
        <w:spacing w:after="0" w:line="240" w:lineRule="auto"/>
        <w:ind w:leftChars="100" w:left="210" w:firstLineChars="100" w:firstLine="221"/>
        <w:rPr>
          <w:rFonts w:ascii="HG丸ｺﾞｼｯｸM-PRO" w:eastAsia="HG丸ｺﾞｼｯｸM-PRO" w:hAnsi="HG丸ｺﾞｼｯｸM-PRO"/>
          <w:b/>
          <w:bCs/>
          <w:sz w:val="22"/>
          <w:lang w:eastAsia="ja-JP"/>
        </w:rPr>
      </w:pPr>
      <w:r w:rsidRPr="007702C1">
        <w:rPr>
          <w:rFonts w:ascii="HG丸ｺﾞｼｯｸM-PRO" w:eastAsia="HG丸ｺﾞｼｯｸM-PRO" w:hAnsi="HG丸ｺﾞｼｯｸM-PRO"/>
          <w:b/>
          <w:bCs/>
          <w:sz w:val="22"/>
          <w:lang w:eastAsia="ja-JP"/>
        </w:rPr>
        <w:t>（4）全体を通した意見・提案</w:t>
      </w:r>
    </w:p>
    <w:p w14:paraId="52D8F6C8"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613A74B9" w14:textId="03DED4D9"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私の家</w:t>
      </w:r>
      <w:r w:rsidR="00B310A5">
        <w:rPr>
          <w:rFonts w:ascii="HG丸ｺﾞｼｯｸM-PRO" w:eastAsia="HG丸ｺﾞｼｯｸM-PRO" w:hAnsi="HG丸ｺﾞｼｯｸM-PRO" w:hint="eastAsia"/>
          <w:sz w:val="22"/>
          <w:lang w:eastAsia="ja-JP"/>
        </w:rPr>
        <w:t>で</w:t>
      </w:r>
      <w:r w:rsidRPr="007702C1">
        <w:rPr>
          <w:rFonts w:ascii="HG丸ｺﾞｼｯｸM-PRO" w:eastAsia="HG丸ｺﾞｼｯｸM-PRO" w:hAnsi="HG丸ｺﾞｼｯｸM-PRO"/>
          <w:sz w:val="22"/>
          <w:lang w:eastAsia="ja-JP"/>
        </w:rPr>
        <w:t>も家族が同じ時間に食べること</w:t>
      </w:r>
      <w:r w:rsidR="00B310A5">
        <w:rPr>
          <w:rFonts w:ascii="HG丸ｺﾞｼｯｸM-PRO" w:eastAsia="HG丸ｺﾞｼｯｸM-PRO" w:hAnsi="HG丸ｺﾞｼｯｸM-PRO" w:hint="eastAsia"/>
          <w:sz w:val="22"/>
          <w:lang w:eastAsia="ja-JP"/>
        </w:rPr>
        <w:t>が</w:t>
      </w:r>
      <w:r w:rsidRPr="007702C1">
        <w:rPr>
          <w:rFonts w:ascii="HG丸ｺﾞｼｯｸM-PRO" w:eastAsia="HG丸ｺﾞｼｯｸM-PRO" w:hAnsi="HG丸ｺﾞｼｯｸM-PRO"/>
          <w:sz w:val="22"/>
          <w:lang w:eastAsia="ja-JP"/>
        </w:rPr>
        <w:t>少なくなってい</w:t>
      </w:r>
      <w:r w:rsidR="00B310A5">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。朝、みそ汁を用意しておいても、子どもたちは朝御飯を食べないこともあ</w:t>
      </w:r>
      <w:r w:rsidR="00E77254">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。時間がない中で、途中のコンビニで何か買えば食べられるという生活のサイクルになっているのだと思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1A9CB613" w14:textId="5000775F" w:rsidR="00C234CC"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お金を出せばどこでも食べ物を買えるようになり、みんなで「いただきます」と食べる機会が少なくなっているのは、少し寂しいと感じ</w:t>
      </w:r>
      <w:r w:rsidR="00FC14DE">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。昔の生活にそのまま戻るのは無理だと思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が、その中で</w:t>
      </w:r>
      <w:r w:rsidR="00FC14DE">
        <w:rPr>
          <w:rFonts w:ascii="HG丸ｺﾞｼｯｸM-PRO" w:eastAsia="HG丸ｺﾞｼｯｸM-PRO" w:hAnsi="HG丸ｺﾞｼｯｸM-PRO" w:hint="eastAsia"/>
          <w:sz w:val="22"/>
          <w:lang w:eastAsia="ja-JP"/>
        </w:rPr>
        <w:t>も</w:t>
      </w:r>
      <w:r w:rsidRPr="007702C1">
        <w:rPr>
          <w:rFonts w:ascii="HG丸ｺﾞｼｯｸM-PRO" w:eastAsia="HG丸ｺﾞｼｯｸM-PRO" w:hAnsi="HG丸ｺﾞｼｯｸM-PRO"/>
          <w:sz w:val="22"/>
          <w:lang w:eastAsia="ja-JP"/>
        </w:rPr>
        <w:t>、</w:t>
      </w:r>
      <w:r w:rsidR="00FC14DE">
        <w:rPr>
          <w:rFonts w:ascii="HG丸ｺﾞｼｯｸM-PRO" w:eastAsia="HG丸ｺﾞｼｯｸM-PRO" w:hAnsi="HG丸ｺﾞｼｯｸM-PRO" w:hint="eastAsia"/>
          <w:sz w:val="22"/>
          <w:lang w:eastAsia="ja-JP"/>
        </w:rPr>
        <w:t>「</w:t>
      </w:r>
      <w:r w:rsidRPr="007702C1">
        <w:rPr>
          <w:rFonts w:ascii="HG丸ｺﾞｼｯｸM-PRO" w:eastAsia="HG丸ｺﾞｼｯｸM-PRO" w:hAnsi="HG丸ｺﾞｼｯｸM-PRO"/>
          <w:sz w:val="22"/>
          <w:lang w:eastAsia="ja-JP"/>
        </w:rPr>
        <w:t>佐賀市の人は食についてこうあってほしい</w:t>
      </w:r>
      <w:r w:rsidR="00FC14DE">
        <w:rPr>
          <w:rFonts w:ascii="HG丸ｺﾞｼｯｸM-PRO" w:eastAsia="HG丸ｺﾞｼｯｸM-PRO" w:hAnsi="HG丸ｺﾞｼｯｸM-PRO" w:hint="eastAsia"/>
          <w:sz w:val="22"/>
          <w:lang w:eastAsia="ja-JP"/>
        </w:rPr>
        <w:t>」</w:t>
      </w:r>
      <w:r w:rsidRPr="007702C1">
        <w:rPr>
          <w:rFonts w:ascii="HG丸ｺﾞｼｯｸM-PRO" w:eastAsia="HG丸ｺﾞｼｯｸM-PRO" w:hAnsi="HG丸ｺﾞｼｯｸM-PRO"/>
          <w:sz w:val="22"/>
          <w:lang w:eastAsia="ja-JP"/>
        </w:rPr>
        <w:t>という目標を持つことは大事</w:t>
      </w:r>
      <w:r w:rsidR="00FC14DE">
        <w:rPr>
          <w:rFonts w:ascii="HG丸ｺﾞｼｯｸM-PRO" w:eastAsia="HG丸ｺﾞｼｯｸM-PRO" w:hAnsi="HG丸ｺﾞｼｯｸM-PRO" w:hint="eastAsia"/>
          <w:sz w:val="22"/>
          <w:lang w:eastAsia="ja-JP"/>
        </w:rPr>
        <w:t>だと</w:t>
      </w:r>
      <w:r w:rsidRPr="007702C1">
        <w:rPr>
          <w:rFonts w:ascii="HG丸ｺﾞｼｯｸM-PRO" w:eastAsia="HG丸ｺﾞｼｯｸM-PRO" w:hAnsi="HG丸ｺﾞｼｯｸM-PRO"/>
          <w:sz w:val="22"/>
          <w:lang w:eastAsia="ja-JP"/>
        </w:rPr>
        <w:t>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0901BAB7" w14:textId="32717F3A" w:rsidR="00C234CC" w:rsidRDefault="00BA55E3" w:rsidP="00FC14D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以前、貸し農園の活動に関わった</w:t>
      </w:r>
      <w:r w:rsidR="00FC14DE">
        <w:rPr>
          <w:rFonts w:ascii="HG丸ｺﾞｼｯｸM-PRO" w:eastAsia="HG丸ｺﾞｼｯｸM-PRO" w:hAnsi="HG丸ｺﾞｼｯｸM-PRO" w:hint="eastAsia"/>
          <w:sz w:val="22"/>
          <w:lang w:eastAsia="ja-JP"/>
        </w:rPr>
        <w:t>際</w:t>
      </w:r>
      <w:r w:rsidRPr="007702C1">
        <w:rPr>
          <w:rFonts w:ascii="HG丸ｺﾞｼｯｸM-PRO" w:eastAsia="HG丸ｺﾞｼｯｸM-PRO" w:hAnsi="HG丸ｺﾞｼｯｸM-PRO"/>
          <w:sz w:val="22"/>
          <w:lang w:eastAsia="ja-JP"/>
        </w:rPr>
        <w:t>、野菜の花がとてもきれいだということを</w:t>
      </w:r>
      <w:r w:rsidR="00FC14DE">
        <w:rPr>
          <w:rFonts w:ascii="HG丸ｺﾞｼｯｸM-PRO" w:eastAsia="HG丸ｺﾞｼｯｸM-PRO" w:hAnsi="HG丸ｺﾞｼｯｸM-PRO" w:hint="eastAsia"/>
          <w:sz w:val="22"/>
          <w:lang w:eastAsia="ja-JP"/>
        </w:rPr>
        <w:t>知り、</w:t>
      </w:r>
      <w:r w:rsidRPr="007702C1">
        <w:rPr>
          <w:rFonts w:ascii="HG丸ｺﾞｼｯｸM-PRO" w:eastAsia="HG丸ｺﾞｼｯｸM-PRO" w:hAnsi="HG丸ｺﾞｼｯｸM-PRO"/>
          <w:sz w:val="22"/>
          <w:lang w:eastAsia="ja-JP"/>
        </w:rPr>
        <w:t>農業体験を通して、野菜がどんな花を咲かせるのか、どのように育つのか</w:t>
      </w:r>
      <w:r w:rsidR="00FC14DE">
        <w:rPr>
          <w:rFonts w:ascii="HG丸ｺﾞｼｯｸM-PRO" w:eastAsia="HG丸ｺﾞｼｯｸM-PRO" w:hAnsi="HG丸ｺﾞｼｯｸM-PRO" w:hint="eastAsia"/>
          <w:sz w:val="22"/>
          <w:lang w:eastAsia="ja-JP"/>
        </w:rPr>
        <w:t>を</w:t>
      </w:r>
      <w:r w:rsidRPr="007702C1">
        <w:rPr>
          <w:rFonts w:ascii="HG丸ｺﾞｼｯｸM-PRO" w:eastAsia="HG丸ｺﾞｼｯｸM-PRO" w:hAnsi="HG丸ｺﾞｼｯｸM-PRO"/>
          <w:sz w:val="22"/>
          <w:lang w:eastAsia="ja-JP"/>
        </w:rPr>
        <w:t>子どもたちに見せてあげたいと思</w:t>
      </w:r>
      <w:r w:rsidR="00FC14DE">
        <w:rPr>
          <w:rFonts w:ascii="HG丸ｺﾞｼｯｸM-PRO" w:eastAsia="HG丸ｺﾞｼｯｸM-PRO" w:hAnsi="HG丸ｺﾞｼｯｸM-PRO" w:hint="eastAsia"/>
          <w:sz w:val="22"/>
          <w:lang w:eastAsia="ja-JP"/>
        </w:rPr>
        <w:t>った</w:t>
      </w:r>
      <w:r w:rsidRPr="007702C1">
        <w:rPr>
          <w:rFonts w:ascii="HG丸ｺﾞｼｯｸM-PRO" w:eastAsia="HG丸ｺﾞｼｯｸM-PRO" w:hAnsi="HG丸ｺﾞｼｯｸM-PRO"/>
          <w:sz w:val="22"/>
          <w:lang w:eastAsia="ja-JP"/>
        </w:rPr>
        <w:t>。そういう現場があちこちに増えれば</w:t>
      </w:r>
      <w:r w:rsidR="00FC14DE">
        <w:rPr>
          <w:rFonts w:ascii="HG丸ｺﾞｼｯｸM-PRO" w:eastAsia="HG丸ｺﾞｼｯｸM-PRO" w:hAnsi="HG丸ｺﾞｼｯｸM-PRO" w:hint="eastAsia"/>
          <w:sz w:val="22"/>
          <w:lang w:eastAsia="ja-JP"/>
        </w:rPr>
        <w:t>いいなと思う</w:t>
      </w:r>
      <w:r w:rsidRPr="007702C1">
        <w:rPr>
          <w:rFonts w:ascii="HG丸ｺﾞｼｯｸM-PRO" w:eastAsia="HG丸ｺﾞｼｯｸM-PRO" w:hAnsi="HG丸ｺﾞｼｯｸM-PRO"/>
          <w:sz w:val="22"/>
          <w:lang w:eastAsia="ja-JP"/>
        </w:rPr>
        <w:t>。</w:t>
      </w:r>
    </w:p>
    <w:p w14:paraId="6309A1C2" w14:textId="77777777" w:rsidR="007702C1" w:rsidRPr="007702C1" w:rsidRDefault="007702C1"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6880281A" w14:textId="77777777" w:rsidR="004A29EE" w:rsidRDefault="004A29EE" w:rsidP="004A29EE">
      <w:pPr>
        <w:spacing w:after="0" w:line="240" w:lineRule="auto"/>
        <w:ind w:leftChars="100" w:left="210"/>
        <w:rPr>
          <w:rFonts w:ascii="HG丸ｺﾞｼｯｸM-PRO" w:eastAsia="HG丸ｺﾞｼｯｸM-PRO" w:hAnsi="HG丸ｺﾞｼｯｸM-PRO"/>
          <w:b/>
          <w:sz w:val="22"/>
          <w:lang w:eastAsia="ja-JP"/>
        </w:rPr>
      </w:pPr>
      <w:r>
        <w:rPr>
          <w:rFonts w:ascii="HG丸ｺﾞｼｯｸM-PRO" w:eastAsia="HG丸ｺﾞｼｯｸM-PRO" w:hAnsi="HG丸ｺﾞｼｯｸM-PRO" w:hint="eastAsia"/>
          <w:b/>
          <w:sz w:val="22"/>
          <w:lang w:eastAsia="ja-JP"/>
        </w:rPr>
        <w:t>〇</w:t>
      </w:r>
      <w:r w:rsidRPr="007702C1">
        <w:rPr>
          <w:rFonts w:ascii="HG丸ｺﾞｼｯｸM-PRO" w:eastAsia="HG丸ｺﾞｼｯｸM-PRO" w:hAnsi="HG丸ｺﾞｼｯｸM-PRO"/>
          <w:b/>
          <w:sz w:val="22"/>
          <w:lang w:eastAsia="ja-JP"/>
        </w:rPr>
        <w:t>委員</w:t>
      </w:r>
    </w:p>
    <w:p w14:paraId="334E7C0A" w14:textId="4CEB8A62" w:rsidR="007702C1" w:rsidRDefault="00FC14DE" w:rsidP="00FC14DE">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一つの</w:t>
      </w:r>
      <w:r w:rsidRPr="007702C1">
        <w:rPr>
          <w:rFonts w:ascii="HG丸ｺﾞｼｯｸM-PRO" w:eastAsia="HG丸ｺﾞｼｯｸM-PRO" w:hAnsi="HG丸ｺﾞｼｯｸM-PRO"/>
          <w:sz w:val="22"/>
          <w:lang w:eastAsia="ja-JP"/>
        </w:rPr>
        <w:t>アイデア</w:t>
      </w:r>
      <w:r>
        <w:rPr>
          <w:rFonts w:ascii="HG丸ｺﾞｼｯｸM-PRO" w:eastAsia="HG丸ｺﾞｼｯｸM-PRO" w:hAnsi="HG丸ｺﾞｼｯｸM-PRO" w:hint="eastAsia"/>
          <w:sz w:val="22"/>
          <w:lang w:eastAsia="ja-JP"/>
        </w:rPr>
        <w:t>として、夏休み等</w:t>
      </w:r>
      <w:r w:rsidRPr="007702C1">
        <w:rPr>
          <w:rFonts w:ascii="HG丸ｺﾞｼｯｸM-PRO" w:eastAsia="HG丸ｺﾞｼｯｸM-PRO" w:hAnsi="HG丸ｺﾞｼｯｸM-PRO"/>
          <w:sz w:val="22"/>
          <w:lang w:eastAsia="ja-JP"/>
        </w:rPr>
        <w:t>の自由研究として、「我が家の晩御飯はどこから来た」といったテーマを小学校や中学校に投げかけてはどうか。</w:t>
      </w:r>
      <w:r>
        <w:rPr>
          <w:rFonts w:ascii="HG丸ｺﾞｼｯｸM-PRO" w:eastAsia="HG丸ｺﾞｼｯｸM-PRO" w:hAnsi="HG丸ｺﾞｼｯｸM-PRO" w:hint="eastAsia"/>
          <w:sz w:val="22"/>
          <w:lang w:eastAsia="ja-JP"/>
        </w:rPr>
        <w:t>晩御飯に</w:t>
      </w:r>
      <w:r w:rsidRPr="007702C1">
        <w:rPr>
          <w:rFonts w:ascii="HG丸ｺﾞｼｯｸM-PRO" w:eastAsia="HG丸ｺﾞｼｯｸM-PRO" w:hAnsi="HG丸ｺﾞｼｯｸM-PRO"/>
          <w:sz w:val="22"/>
          <w:lang w:eastAsia="ja-JP"/>
        </w:rPr>
        <w:t>使う食材の買い物に行</w:t>
      </w:r>
      <w:r>
        <w:rPr>
          <w:rFonts w:ascii="HG丸ｺﾞｼｯｸM-PRO" w:eastAsia="HG丸ｺﾞｼｯｸM-PRO" w:hAnsi="HG丸ｺﾞｼｯｸM-PRO" w:hint="eastAsia"/>
          <w:sz w:val="22"/>
          <w:lang w:eastAsia="ja-JP"/>
        </w:rPr>
        <w:t>き</w:t>
      </w:r>
      <w:r w:rsidRPr="007702C1">
        <w:rPr>
          <w:rFonts w:ascii="HG丸ｺﾞｼｯｸM-PRO" w:eastAsia="HG丸ｺﾞｼｯｸM-PRO" w:hAnsi="HG丸ｺﾞｼｯｸM-PRO"/>
          <w:sz w:val="22"/>
          <w:lang w:eastAsia="ja-JP"/>
        </w:rPr>
        <w:t>、産地を調べ、どこの食材を使っているのかを記録する</w:t>
      </w:r>
      <w:r>
        <w:rPr>
          <w:rFonts w:ascii="HG丸ｺﾞｼｯｸM-PRO" w:eastAsia="HG丸ｺﾞｼｯｸM-PRO" w:hAnsi="HG丸ｺﾞｼｯｸM-PRO" w:hint="eastAsia"/>
          <w:sz w:val="22"/>
          <w:lang w:eastAsia="ja-JP"/>
        </w:rPr>
        <w:t>といった取組</w:t>
      </w:r>
      <w:r w:rsidRPr="007702C1">
        <w:rPr>
          <w:rFonts w:ascii="HG丸ｺﾞｼｯｸM-PRO" w:eastAsia="HG丸ｺﾞｼｯｸM-PRO" w:hAnsi="HG丸ｺﾞｼｯｸM-PRO"/>
          <w:sz w:val="22"/>
          <w:lang w:eastAsia="ja-JP"/>
        </w:rPr>
        <w:t>を通して、佐賀市の食材や地産地消、自給率などに関心を持ってもらえるのではないかと思</w:t>
      </w:r>
      <w:r>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582CCCC6" w14:textId="251581C4" w:rsidR="007702C1" w:rsidRPr="007702C1"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また、食育川柳のようなものを集めるのも面白いと思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。JAや企業などと</w:t>
      </w:r>
      <w:r w:rsidR="00FC14DE">
        <w:rPr>
          <w:rFonts w:ascii="HG丸ｺﾞｼｯｸM-PRO" w:eastAsia="HG丸ｺﾞｼｯｸM-PRO" w:hAnsi="HG丸ｺﾞｼｯｸM-PRO" w:hint="eastAsia"/>
          <w:sz w:val="22"/>
          <w:lang w:eastAsia="ja-JP"/>
        </w:rPr>
        <w:t>一緒に取り</w:t>
      </w:r>
      <w:r w:rsidRPr="007702C1">
        <w:rPr>
          <w:rFonts w:ascii="HG丸ｺﾞｼｯｸM-PRO" w:eastAsia="HG丸ｺﾞｼｯｸM-PRO" w:hAnsi="HG丸ｺﾞｼｯｸM-PRO"/>
          <w:sz w:val="22"/>
          <w:lang w:eastAsia="ja-JP"/>
        </w:rPr>
        <w:t>組み、商品ラベルに食育に関する情報を書いてもらう方法も考えられ</w:t>
      </w:r>
      <w:r w:rsidR="00FC14DE">
        <w:rPr>
          <w:rFonts w:ascii="HG丸ｺﾞｼｯｸM-PRO" w:eastAsia="HG丸ｺﾞｼｯｸM-PRO" w:hAnsi="HG丸ｺﾞｼｯｸM-PRO" w:hint="eastAsia"/>
          <w:sz w:val="22"/>
          <w:lang w:eastAsia="ja-JP"/>
        </w:rPr>
        <w:t>る</w:t>
      </w:r>
      <w:r w:rsidRPr="007702C1">
        <w:rPr>
          <w:rFonts w:ascii="HG丸ｺﾞｼｯｸM-PRO" w:eastAsia="HG丸ｺﾞｼｯｸM-PRO" w:hAnsi="HG丸ｺﾞｼｯｸM-PRO"/>
          <w:sz w:val="22"/>
          <w:lang w:eastAsia="ja-JP"/>
        </w:rPr>
        <w:t>。企業にとっても、値段を下げる</w:t>
      </w:r>
      <w:r w:rsidR="00FC14DE">
        <w:rPr>
          <w:rFonts w:ascii="HG丸ｺﾞｼｯｸM-PRO" w:eastAsia="HG丸ｺﾞｼｯｸM-PRO" w:hAnsi="HG丸ｺﾞｼｯｸM-PRO" w:hint="eastAsia"/>
          <w:sz w:val="22"/>
          <w:lang w:eastAsia="ja-JP"/>
        </w:rPr>
        <w:t>の</w:t>
      </w:r>
      <w:r w:rsidRPr="007702C1">
        <w:rPr>
          <w:rFonts w:ascii="HG丸ｺﾞｼｯｸM-PRO" w:eastAsia="HG丸ｺﾞｼｯｸM-PRO" w:hAnsi="HG丸ｺﾞｼｯｸM-PRO"/>
          <w:sz w:val="22"/>
          <w:lang w:eastAsia="ja-JP"/>
        </w:rPr>
        <w:t>ではなく、商品の価値を伝えながら売る仕掛けづくりにつながると思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。そういう取組を一緒にやっていけたらよいと思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1940A3B3" w14:textId="234C8F73" w:rsidR="00C234CC" w:rsidRPr="007702C1" w:rsidRDefault="00FC14DE" w:rsidP="004A29EE">
      <w:pPr>
        <w:spacing w:after="0" w:line="240" w:lineRule="auto"/>
        <w:ind w:leftChars="100" w:left="210" w:firstLineChars="100" w:firstLine="220"/>
        <w:rPr>
          <w:rFonts w:ascii="HG丸ｺﾞｼｯｸM-PRO" w:eastAsia="HG丸ｺﾞｼｯｸM-PRO" w:hAnsi="HG丸ｺﾞｼｯｸM-PRO"/>
          <w:sz w:val="22"/>
          <w:lang w:eastAsia="ja-JP"/>
        </w:rPr>
      </w:pPr>
      <w:r>
        <w:rPr>
          <w:rFonts w:ascii="HG丸ｺﾞｼｯｸM-PRO" w:eastAsia="HG丸ｺﾞｼｯｸM-PRO" w:hAnsi="HG丸ｺﾞｼｯｸM-PRO" w:hint="eastAsia"/>
          <w:sz w:val="22"/>
          <w:lang w:eastAsia="ja-JP"/>
        </w:rPr>
        <w:t>さらに、</w:t>
      </w:r>
      <w:r w:rsidRPr="007702C1">
        <w:rPr>
          <w:rFonts w:ascii="HG丸ｺﾞｼｯｸM-PRO" w:eastAsia="HG丸ｺﾞｼｯｸM-PRO" w:hAnsi="HG丸ｺﾞｼｯｸM-PRO"/>
          <w:sz w:val="22"/>
          <w:lang w:eastAsia="ja-JP"/>
        </w:rPr>
        <w:t>食育に</w:t>
      </w:r>
      <w:r>
        <w:rPr>
          <w:rFonts w:ascii="HG丸ｺﾞｼｯｸM-PRO" w:eastAsia="HG丸ｺﾞｼｯｸM-PRO" w:hAnsi="HG丸ｺﾞｼｯｸM-PRO" w:hint="eastAsia"/>
          <w:sz w:val="22"/>
          <w:lang w:eastAsia="ja-JP"/>
        </w:rPr>
        <w:t>力を入れて</w:t>
      </w:r>
      <w:r w:rsidRPr="007702C1">
        <w:rPr>
          <w:rFonts w:ascii="HG丸ｺﾞｼｯｸM-PRO" w:eastAsia="HG丸ｺﾞｼｯｸM-PRO" w:hAnsi="HG丸ｺﾞｼｯｸM-PRO"/>
          <w:sz w:val="22"/>
          <w:lang w:eastAsia="ja-JP"/>
        </w:rPr>
        <w:t>取り組んでいる団体を評価する仕組みとして、「佐賀市の食育賞」のようなものを作</w:t>
      </w:r>
      <w:r>
        <w:rPr>
          <w:rFonts w:ascii="HG丸ｺﾞｼｯｸM-PRO" w:eastAsia="HG丸ｺﾞｼｯｸM-PRO" w:hAnsi="HG丸ｺﾞｼｯｸM-PRO" w:hint="eastAsia"/>
          <w:sz w:val="22"/>
          <w:lang w:eastAsia="ja-JP"/>
        </w:rPr>
        <w:t>るのはどうか</w:t>
      </w:r>
      <w:r w:rsidRPr="007702C1">
        <w:rPr>
          <w:rFonts w:ascii="HG丸ｺﾞｼｯｸM-PRO" w:eastAsia="HG丸ｺﾞｼｯｸM-PRO" w:hAnsi="HG丸ｺﾞｼｯｸM-PRO"/>
          <w:sz w:val="22"/>
          <w:lang w:eastAsia="ja-JP"/>
        </w:rPr>
        <w:t>。新しく作るのが難しければ、既存の「まなざし大賞」などに食育部門を設ける方法も考えられると</w:t>
      </w:r>
      <w:r>
        <w:rPr>
          <w:rFonts w:ascii="HG丸ｺﾞｼｯｸM-PRO" w:eastAsia="HG丸ｺﾞｼｯｸM-PRO" w:hAnsi="HG丸ｺﾞｼｯｸM-PRO" w:hint="eastAsia"/>
          <w:sz w:val="22"/>
          <w:lang w:eastAsia="ja-JP"/>
        </w:rPr>
        <w:t>思う</w:t>
      </w:r>
      <w:r w:rsidRPr="007702C1">
        <w:rPr>
          <w:rFonts w:ascii="HG丸ｺﾞｼｯｸM-PRO" w:eastAsia="HG丸ｺﾞｼｯｸM-PRO" w:hAnsi="HG丸ｺﾞｼｯｸM-PRO"/>
          <w:sz w:val="22"/>
          <w:lang w:eastAsia="ja-JP"/>
        </w:rPr>
        <w:t>。表彰が活動の目標ややりがいになり、商業施設などで発表することで、団体同士や地域とのつながりも生まれるのではないかと思</w:t>
      </w:r>
      <w:r>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w:t>
      </w:r>
    </w:p>
    <w:p w14:paraId="39E56FFD" w14:textId="58F1D47E" w:rsidR="007A135F" w:rsidRDefault="00BA55E3" w:rsidP="004A29EE">
      <w:pPr>
        <w:spacing w:after="0" w:line="240" w:lineRule="auto"/>
        <w:ind w:leftChars="100" w:left="210" w:firstLineChars="100" w:firstLine="220"/>
        <w:rPr>
          <w:rFonts w:ascii="HG丸ｺﾞｼｯｸM-PRO" w:eastAsia="HG丸ｺﾞｼｯｸM-PRO" w:hAnsi="HG丸ｺﾞｼｯｸM-PRO"/>
          <w:sz w:val="22"/>
          <w:lang w:eastAsia="ja-JP"/>
        </w:rPr>
      </w:pPr>
      <w:r w:rsidRPr="007702C1">
        <w:rPr>
          <w:rFonts w:ascii="HG丸ｺﾞｼｯｸM-PRO" w:eastAsia="HG丸ｺﾞｼｯｸM-PRO" w:hAnsi="HG丸ｺﾞｼｯｸM-PRO"/>
          <w:sz w:val="22"/>
          <w:lang w:eastAsia="ja-JP"/>
        </w:rPr>
        <w:t>市内のパン屋さんや小売店などと</w:t>
      </w:r>
      <w:r w:rsidR="00FC14DE">
        <w:rPr>
          <w:rFonts w:ascii="HG丸ｺﾞｼｯｸM-PRO" w:eastAsia="HG丸ｺﾞｼｯｸM-PRO" w:hAnsi="HG丸ｺﾞｼｯｸM-PRO" w:hint="eastAsia"/>
          <w:sz w:val="22"/>
          <w:lang w:eastAsia="ja-JP"/>
        </w:rPr>
        <w:t>共に取り組み</w:t>
      </w:r>
      <w:r w:rsidRPr="007702C1">
        <w:rPr>
          <w:rFonts w:ascii="HG丸ｺﾞｼｯｸM-PRO" w:eastAsia="HG丸ｺﾞｼｯｸM-PRO" w:hAnsi="HG丸ｺﾞｼｯｸM-PRO"/>
          <w:sz w:val="22"/>
          <w:lang w:eastAsia="ja-JP"/>
        </w:rPr>
        <w:t>、食育の情報を伝えるツールとして使うこともできると思</w:t>
      </w:r>
      <w:r w:rsidR="00FC14DE">
        <w:rPr>
          <w:rFonts w:ascii="HG丸ｺﾞｼｯｸM-PRO" w:eastAsia="HG丸ｺﾞｼｯｸM-PRO" w:hAnsi="HG丸ｺﾞｼｯｸM-PRO" w:hint="eastAsia"/>
          <w:sz w:val="22"/>
          <w:lang w:eastAsia="ja-JP"/>
        </w:rPr>
        <w:t>う</w:t>
      </w:r>
      <w:r w:rsidRPr="007702C1">
        <w:rPr>
          <w:rFonts w:ascii="HG丸ｺﾞｼｯｸM-PRO" w:eastAsia="HG丸ｺﾞｼｯｸM-PRO" w:hAnsi="HG丸ｺﾞｼｯｸM-PRO"/>
          <w:sz w:val="22"/>
          <w:lang w:eastAsia="ja-JP"/>
        </w:rPr>
        <w:t>。難しいことをしなくても、お金をあまりかけずにできることはたくさんあ</w:t>
      </w:r>
      <w:r w:rsidR="00FC14DE">
        <w:rPr>
          <w:rFonts w:ascii="HG丸ｺﾞｼｯｸM-PRO" w:eastAsia="HG丸ｺﾞｼｯｸM-PRO" w:hAnsi="HG丸ｺﾞｼｯｸM-PRO" w:hint="eastAsia"/>
          <w:sz w:val="22"/>
          <w:lang w:eastAsia="ja-JP"/>
        </w:rPr>
        <w:t>ると思う</w:t>
      </w:r>
      <w:r w:rsidRPr="007702C1">
        <w:rPr>
          <w:rFonts w:ascii="HG丸ｺﾞｼｯｸM-PRO" w:eastAsia="HG丸ｺﾞｼｯｸM-PRO" w:hAnsi="HG丸ｺﾞｼｯｸM-PRO"/>
          <w:sz w:val="22"/>
          <w:lang w:eastAsia="ja-JP"/>
        </w:rPr>
        <w:t>。</w:t>
      </w:r>
    </w:p>
    <w:p w14:paraId="3A153613" w14:textId="77777777" w:rsidR="00FC14DE" w:rsidRDefault="00FC14DE"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777E822B" w14:textId="77777777" w:rsidR="00D95269" w:rsidRDefault="00D95269"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6AA6AEE4" w14:textId="39846D11" w:rsidR="00D95269" w:rsidRPr="0077087C" w:rsidRDefault="00D95269" w:rsidP="00D95269">
      <w:pPr>
        <w:spacing w:after="0" w:line="240" w:lineRule="auto"/>
        <w:ind w:firstLineChars="100" w:firstLine="220"/>
        <w:rPr>
          <w:rFonts w:ascii="HG丸ｺﾞｼｯｸM-PRO" w:eastAsia="HG丸ｺﾞｼｯｸM-PRO" w:hAnsi="HG丸ｺﾞｼｯｸM-PRO"/>
          <w:sz w:val="22"/>
          <w:lang w:eastAsia="ja-JP"/>
        </w:rPr>
      </w:pPr>
      <w:r w:rsidRPr="0077087C">
        <w:rPr>
          <w:rFonts w:ascii="HG丸ｺﾞｼｯｸM-PRO" w:eastAsia="HG丸ｺﾞｼｯｸM-PRO" w:hAnsi="HG丸ｺﾞｼｯｸM-PRO" w:hint="eastAsia"/>
          <w:sz w:val="22"/>
          <w:lang w:eastAsia="ja-JP"/>
        </w:rPr>
        <w:t>（</w:t>
      </w:r>
      <w:r>
        <w:rPr>
          <w:rFonts w:ascii="HG丸ｺﾞｼｯｸM-PRO" w:eastAsia="HG丸ｺﾞｼｯｸM-PRO" w:hAnsi="HG丸ｺﾞｼｯｸM-PRO" w:hint="eastAsia"/>
          <w:sz w:val="22"/>
          <w:lang w:eastAsia="ja-JP"/>
        </w:rPr>
        <w:t>４</w:t>
      </w:r>
      <w:r w:rsidRPr="0077087C">
        <w:rPr>
          <w:rFonts w:ascii="HG丸ｺﾞｼｯｸM-PRO" w:eastAsia="HG丸ｺﾞｼｯｸM-PRO" w:hAnsi="HG丸ｺﾞｼｯｸM-PRO" w:hint="eastAsia"/>
          <w:sz w:val="22"/>
          <w:lang w:eastAsia="ja-JP"/>
        </w:rPr>
        <w:t>）</w:t>
      </w:r>
      <w:r>
        <w:rPr>
          <w:rFonts w:ascii="HG丸ｺﾞｼｯｸM-PRO" w:eastAsia="HG丸ｺﾞｼｯｸM-PRO" w:hAnsi="HG丸ｺﾞｼｯｸM-PRO" w:hint="eastAsia"/>
          <w:sz w:val="22"/>
          <w:lang w:eastAsia="ja-JP"/>
        </w:rPr>
        <w:t>閉会</w:t>
      </w:r>
    </w:p>
    <w:p w14:paraId="1DDE0D08" w14:textId="77777777" w:rsidR="00D95269" w:rsidRPr="007702C1" w:rsidRDefault="00D95269" w:rsidP="004A29EE">
      <w:pPr>
        <w:spacing w:after="0" w:line="240" w:lineRule="auto"/>
        <w:ind w:leftChars="100" w:left="210" w:firstLineChars="100" w:firstLine="220"/>
        <w:rPr>
          <w:rFonts w:ascii="HG丸ｺﾞｼｯｸM-PRO" w:eastAsia="HG丸ｺﾞｼｯｸM-PRO" w:hAnsi="HG丸ｺﾞｼｯｸM-PRO"/>
          <w:sz w:val="22"/>
          <w:lang w:eastAsia="ja-JP"/>
        </w:rPr>
      </w:pPr>
    </w:p>
    <w:p w14:paraId="143EB941" w14:textId="386DC27D" w:rsidR="00FC14DE" w:rsidRPr="00FC14DE" w:rsidRDefault="00FC14DE" w:rsidP="004A29EE">
      <w:pPr>
        <w:spacing w:after="0" w:line="240" w:lineRule="auto"/>
        <w:ind w:leftChars="100" w:left="210" w:firstLineChars="100" w:firstLine="220"/>
        <w:rPr>
          <w:rFonts w:ascii="HG丸ｺﾞｼｯｸM-PRO" w:eastAsia="HG丸ｺﾞｼｯｸM-PRO" w:hAnsi="HG丸ｺﾞｼｯｸM-PRO"/>
          <w:bCs/>
          <w:sz w:val="22"/>
          <w:lang w:eastAsia="ja-JP"/>
        </w:rPr>
      </w:pPr>
    </w:p>
    <w:sectPr w:rsidR="00FC14DE" w:rsidRPr="00FC14DE" w:rsidSect="00034616">
      <w:pgSz w:w="11906" w:h="16838"/>
      <w:pgMar w:top="1134" w:right="1134"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4750" w14:textId="77777777" w:rsidR="00BA55E3" w:rsidRDefault="00BA55E3" w:rsidP="00BA55E3">
      <w:pPr>
        <w:spacing w:after="0" w:line="240" w:lineRule="auto"/>
      </w:pPr>
      <w:r>
        <w:separator/>
      </w:r>
    </w:p>
  </w:endnote>
  <w:endnote w:type="continuationSeparator" w:id="0">
    <w:p w14:paraId="43B2D26F" w14:textId="77777777" w:rsidR="00BA55E3" w:rsidRDefault="00BA55E3" w:rsidP="00BA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B00A8" w14:textId="77777777" w:rsidR="00BA55E3" w:rsidRDefault="00BA55E3" w:rsidP="00BA55E3">
      <w:pPr>
        <w:spacing w:after="0" w:line="240" w:lineRule="auto"/>
      </w:pPr>
      <w:r>
        <w:separator/>
      </w:r>
    </w:p>
  </w:footnote>
  <w:footnote w:type="continuationSeparator" w:id="0">
    <w:p w14:paraId="418F5EE1" w14:textId="77777777" w:rsidR="00BA55E3" w:rsidRDefault="00BA55E3" w:rsidP="00BA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7680352">
    <w:abstractNumId w:val="8"/>
  </w:num>
  <w:num w:numId="2" w16cid:durableId="1182819768">
    <w:abstractNumId w:val="6"/>
  </w:num>
  <w:num w:numId="3" w16cid:durableId="1738895569">
    <w:abstractNumId w:val="5"/>
  </w:num>
  <w:num w:numId="4" w16cid:durableId="4787925">
    <w:abstractNumId w:val="4"/>
  </w:num>
  <w:num w:numId="5" w16cid:durableId="376050279">
    <w:abstractNumId w:val="7"/>
  </w:num>
  <w:num w:numId="6" w16cid:durableId="529075110">
    <w:abstractNumId w:val="3"/>
  </w:num>
  <w:num w:numId="7" w16cid:durableId="752161680">
    <w:abstractNumId w:val="2"/>
  </w:num>
  <w:num w:numId="8" w16cid:durableId="437681649">
    <w:abstractNumId w:val="1"/>
  </w:num>
  <w:num w:numId="9" w16cid:durableId="145787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D15"/>
    <w:rsid w:val="000D3D05"/>
    <w:rsid w:val="000D428A"/>
    <w:rsid w:val="0015074B"/>
    <w:rsid w:val="00170312"/>
    <w:rsid w:val="001A35A3"/>
    <w:rsid w:val="0029639D"/>
    <w:rsid w:val="00326F90"/>
    <w:rsid w:val="0033161F"/>
    <w:rsid w:val="0033442A"/>
    <w:rsid w:val="004A29EE"/>
    <w:rsid w:val="004D34B1"/>
    <w:rsid w:val="00572319"/>
    <w:rsid w:val="005C3ABE"/>
    <w:rsid w:val="0063032A"/>
    <w:rsid w:val="00655374"/>
    <w:rsid w:val="006707BE"/>
    <w:rsid w:val="006E7A9B"/>
    <w:rsid w:val="00707FF8"/>
    <w:rsid w:val="00742F63"/>
    <w:rsid w:val="0075558B"/>
    <w:rsid w:val="00763208"/>
    <w:rsid w:val="007702C1"/>
    <w:rsid w:val="0077087C"/>
    <w:rsid w:val="007A135F"/>
    <w:rsid w:val="007C4835"/>
    <w:rsid w:val="007D2231"/>
    <w:rsid w:val="007D2722"/>
    <w:rsid w:val="007E148A"/>
    <w:rsid w:val="00855CFB"/>
    <w:rsid w:val="00883CD4"/>
    <w:rsid w:val="00942961"/>
    <w:rsid w:val="009B3735"/>
    <w:rsid w:val="00AA1D8D"/>
    <w:rsid w:val="00B310A5"/>
    <w:rsid w:val="00B47730"/>
    <w:rsid w:val="00BA55E3"/>
    <w:rsid w:val="00C1681B"/>
    <w:rsid w:val="00C234CC"/>
    <w:rsid w:val="00C74427"/>
    <w:rsid w:val="00CA7CD3"/>
    <w:rsid w:val="00CB0664"/>
    <w:rsid w:val="00CB5C27"/>
    <w:rsid w:val="00D95269"/>
    <w:rsid w:val="00E0253D"/>
    <w:rsid w:val="00E77254"/>
    <w:rsid w:val="00FB3931"/>
    <w:rsid w:val="00FC14DE"/>
    <w:rsid w:val="00FC17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14:docId w14:val="7E97920C"/>
  <w14:defaultImageDpi w14:val="330"/>
  <w15:docId w15:val="{674032AD-23D3-42A6-A627-38382D54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300" w:lineRule="auto"/>
    </w:pPr>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5</Pages>
  <Words>914</Words>
  <Characters>5212</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百崎 紋加</cp:lastModifiedBy>
  <cp:revision>7</cp:revision>
  <dcterms:created xsi:type="dcterms:W3CDTF">2026-09-01T06:04:00Z</dcterms:created>
  <dcterms:modified xsi:type="dcterms:W3CDTF">2026-09-10T02:20:00Z</dcterms:modified>
  <cp:category/>
</cp:coreProperties>
</file>